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02" w:type="dxa"/>
        <w:jc w:val="center"/>
        <w:tblLayout w:type="fixed"/>
        <w:tblLook w:val="04A0" w:firstRow="1" w:lastRow="0" w:firstColumn="1" w:lastColumn="0" w:noHBand="0" w:noVBand="1"/>
      </w:tblPr>
      <w:tblGrid>
        <w:gridCol w:w="3234"/>
        <w:gridCol w:w="3234"/>
        <w:gridCol w:w="3234"/>
      </w:tblGrid>
      <w:tr w:rsidR="0040757A" w:rsidRPr="00733961" w14:paraId="150EA101" w14:textId="77777777" w:rsidTr="002046F5">
        <w:trPr>
          <w:trHeight w:val="2080"/>
          <w:jc w:val="center"/>
        </w:trPr>
        <w:tc>
          <w:tcPr>
            <w:tcW w:w="323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794E5C" w14:textId="179F5E39" w:rsidR="0040757A" w:rsidRPr="00733961" w:rsidRDefault="004316AA">
            <w:pPr>
              <w:jc w:val="center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025E55F" wp14:editId="4C1CCE61">
                  <wp:extent cx="1066800" cy="103815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004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865" cy="1042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046F5" w:rsidRPr="00733961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57EE7B7C" wp14:editId="73042886">
                  <wp:simplePos x="0" y="0"/>
                  <wp:positionH relativeFrom="page">
                    <wp:posOffset>73660</wp:posOffset>
                  </wp:positionH>
                  <wp:positionV relativeFrom="page">
                    <wp:posOffset>1219200</wp:posOffset>
                  </wp:positionV>
                  <wp:extent cx="1717675" cy="294005"/>
                  <wp:effectExtent l="0" t="0" r="0" b="0"/>
                  <wp:wrapSquare wrapText="bothSides" distT="0" distB="0" distL="114300" distR="114300"/>
                  <wp:docPr id="1203275249" name="image1.png" descr="UNOPS_logo_20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UNOPS_logo_2008"/>
                          <pic:cNvPicPr preferRelativeResize="0"/>
                        </pic:nvPicPr>
                        <pic:blipFill>
                          <a:blip r:embed="rId9"/>
                          <a:srcRect t="911" b="9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7675" cy="2940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3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1C005ED" w14:textId="77777777" w:rsidR="0040757A" w:rsidRPr="00733961" w:rsidRDefault="004316AA">
            <w:pPr>
              <w:jc w:val="center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CC4D0D5" wp14:editId="358C5153">
                  <wp:extent cx="749808" cy="94093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00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808" cy="940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B01B29" w14:textId="77777777" w:rsidR="0040757A" w:rsidRPr="00733961" w:rsidRDefault="004316AA">
            <w:pPr>
              <w:jc w:val="center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b/>
                <w:color w:val="1F4E79"/>
                <w:sz w:val="24"/>
              </w:rPr>
              <w:t>MINISTERUL</w:t>
            </w:r>
            <w:r w:rsidRPr="00733961">
              <w:rPr>
                <w:rFonts w:ascii="Times New Roman" w:hAnsi="Times New Roman" w:cs="Times New Roman"/>
                <w:b/>
                <w:color w:val="1F4E79"/>
                <w:sz w:val="24"/>
              </w:rPr>
              <w:br/>
              <w:t>MEDIULUI</w:t>
            </w:r>
            <w:r w:rsidRPr="00733961">
              <w:rPr>
                <w:rFonts w:ascii="Times New Roman" w:hAnsi="Times New Roman" w:cs="Times New Roman"/>
                <w:color w:val="1F4E79"/>
                <w:sz w:val="34"/>
              </w:rPr>
              <w:br/>
            </w:r>
            <w:r w:rsidRPr="00733961">
              <w:rPr>
                <w:rFonts w:ascii="Times New Roman" w:hAnsi="Times New Roman" w:cs="Times New Roman"/>
                <w:color w:val="1F4E79"/>
                <w:sz w:val="34"/>
              </w:rPr>
              <w:br/>
              <w:t>ONIPM</w:t>
            </w:r>
          </w:p>
        </w:tc>
      </w:tr>
    </w:tbl>
    <w:p w14:paraId="6D43642C" w14:textId="77777777" w:rsidR="0040757A" w:rsidRPr="00733961" w:rsidRDefault="0040757A">
      <w:pPr>
        <w:spacing w:after="1700"/>
        <w:rPr>
          <w:rFonts w:ascii="Times New Roman" w:hAnsi="Times New Roman" w:cs="Times New Roman"/>
        </w:rPr>
      </w:pPr>
    </w:p>
    <w:p w14:paraId="4D66F0C2" w14:textId="77777777" w:rsidR="0040757A" w:rsidRPr="00733961" w:rsidRDefault="004316AA">
      <w:pPr>
        <w:spacing w:after="320"/>
        <w:jc w:val="center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1F4E79"/>
          <w:sz w:val="24"/>
        </w:rPr>
        <w:t>GEF OFP PROJECT OVERSIGHT GRANT</w:t>
      </w:r>
    </w:p>
    <w:p w14:paraId="012F173A" w14:textId="77777777" w:rsidR="0040757A" w:rsidRPr="00733961" w:rsidRDefault="004316AA">
      <w:pPr>
        <w:spacing w:after="400"/>
        <w:jc w:val="center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1F4E79"/>
          <w:sz w:val="28"/>
        </w:rPr>
        <w:t>„</w:t>
      </w:r>
      <w:proofErr w:type="spellStart"/>
      <w:r w:rsidRPr="00733961">
        <w:rPr>
          <w:rFonts w:ascii="Times New Roman" w:hAnsi="Times New Roman" w:cs="Times New Roman"/>
          <w:b/>
          <w:color w:val="1F4E79"/>
          <w:sz w:val="28"/>
        </w:rPr>
        <w:t>Consolidarea</w:t>
      </w:r>
      <w:proofErr w:type="spellEnd"/>
      <w:r w:rsidRPr="00733961">
        <w:rPr>
          <w:rFonts w:ascii="Times New Roman" w:hAnsi="Times New Roman" w:cs="Times New Roman"/>
          <w:b/>
          <w:color w:val="1F4E79"/>
          <w:sz w:val="28"/>
        </w:rPr>
        <w:t xml:space="preserve"> </w:t>
      </w:r>
      <w:proofErr w:type="spellStart"/>
      <w:r w:rsidRPr="00733961">
        <w:rPr>
          <w:rFonts w:ascii="Times New Roman" w:hAnsi="Times New Roman" w:cs="Times New Roman"/>
          <w:b/>
          <w:color w:val="1F4E79"/>
          <w:sz w:val="28"/>
        </w:rPr>
        <w:t>supravegherii</w:t>
      </w:r>
      <w:proofErr w:type="spellEnd"/>
      <w:r w:rsidRPr="00733961">
        <w:rPr>
          <w:rFonts w:ascii="Times New Roman" w:hAnsi="Times New Roman" w:cs="Times New Roman"/>
          <w:b/>
          <w:color w:val="1F4E79"/>
          <w:sz w:val="28"/>
        </w:rPr>
        <w:t xml:space="preserve"> și </w:t>
      </w:r>
      <w:proofErr w:type="spellStart"/>
      <w:r w:rsidRPr="00733961">
        <w:rPr>
          <w:rFonts w:ascii="Times New Roman" w:hAnsi="Times New Roman" w:cs="Times New Roman"/>
          <w:b/>
          <w:color w:val="1F4E79"/>
          <w:sz w:val="28"/>
        </w:rPr>
        <w:t>coordonării</w:t>
      </w:r>
      <w:proofErr w:type="spellEnd"/>
      <w:r w:rsidRPr="00733961">
        <w:rPr>
          <w:rFonts w:ascii="Times New Roman" w:hAnsi="Times New Roman" w:cs="Times New Roman"/>
          <w:b/>
          <w:color w:val="1F4E79"/>
          <w:sz w:val="28"/>
        </w:rPr>
        <w:t xml:space="preserve"> la </w:t>
      </w:r>
      <w:proofErr w:type="spellStart"/>
      <w:r w:rsidRPr="00733961">
        <w:rPr>
          <w:rFonts w:ascii="Times New Roman" w:hAnsi="Times New Roman" w:cs="Times New Roman"/>
          <w:b/>
          <w:color w:val="1F4E79"/>
          <w:sz w:val="28"/>
        </w:rPr>
        <w:t>nivel</w:t>
      </w:r>
      <w:proofErr w:type="spellEnd"/>
      <w:r w:rsidRPr="00733961">
        <w:rPr>
          <w:rFonts w:ascii="Times New Roman" w:hAnsi="Times New Roman" w:cs="Times New Roman"/>
          <w:b/>
          <w:color w:val="1F4E79"/>
          <w:sz w:val="28"/>
        </w:rPr>
        <w:t xml:space="preserve"> </w:t>
      </w:r>
      <w:proofErr w:type="spellStart"/>
      <w:r w:rsidRPr="00733961">
        <w:rPr>
          <w:rFonts w:ascii="Times New Roman" w:hAnsi="Times New Roman" w:cs="Times New Roman"/>
          <w:b/>
          <w:color w:val="1F4E79"/>
          <w:sz w:val="28"/>
        </w:rPr>
        <w:t>național</w:t>
      </w:r>
      <w:proofErr w:type="spellEnd"/>
      <w:r w:rsidRPr="00733961">
        <w:rPr>
          <w:rFonts w:ascii="Times New Roman" w:hAnsi="Times New Roman" w:cs="Times New Roman"/>
          <w:b/>
          <w:color w:val="1F4E79"/>
          <w:sz w:val="28"/>
        </w:rPr>
        <w:t xml:space="preserve"> a </w:t>
      </w:r>
      <w:proofErr w:type="spellStart"/>
      <w:r w:rsidRPr="00733961">
        <w:rPr>
          <w:rFonts w:ascii="Times New Roman" w:hAnsi="Times New Roman" w:cs="Times New Roman"/>
          <w:b/>
          <w:color w:val="1F4E79"/>
          <w:sz w:val="28"/>
        </w:rPr>
        <w:t>portofoliului</w:t>
      </w:r>
      <w:proofErr w:type="spellEnd"/>
      <w:r w:rsidRPr="00733961">
        <w:rPr>
          <w:rFonts w:ascii="Times New Roman" w:hAnsi="Times New Roman" w:cs="Times New Roman"/>
          <w:b/>
          <w:color w:val="1F4E79"/>
          <w:sz w:val="28"/>
        </w:rPr>
        <w:t xml:space="preserve"> de proiecte GEF în Republica Moldova”</w:t>
      </w:r>
    </w:p>
    <w:p w14:paraId="069AA9E5" w14:textId="77777777" w:rsidR="0040757A" w:rsidRPr="00733961" w:rsidRDefault="004316AA">
      <w:pPr>
        <w:spacing w:after="160"/>
        <w:jc w:val="center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1F4E79"/>
          <w:sz w:val="32"/>
        </w:rPr>
        <w:t>TERMENI DE REFERINȚĂ</w:t>
      </w:r>
    </w:p>
    <w:p w14:paraId="767474E8" w14:textId="77777777" w:rsidR="0040757A" w:rsidRPr="00733961" w:rsidRDefault="004316AA">
      <w:pPr>
        <w:spacing w:after="160"/>
        <w:jc w:val="center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  <w:sz w:val="24"/>
        </w:rPr>
        <w:t>pentru</w:t>
      </w:r>
      <w:proofErr w:type="spellEnd"/>
      <w:r w:rsidRPr="007339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33961">
        <w:rPr>
          <w:rFonts w:ascii="Times New Roman" w:hAnsi="Times New Roman" w:cs="Times New Roman"/>
          <w:sz w:val="24"/>
        </w:rPr>
        <w:t>selectarea</w:t>
      </w:r>
      <w:proofErr w:type="spellEnd"/>
      <w:r w:rsidRPr="007339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33961">
        <w:rPr>
          <w:rFonts w:ascii="Times New Roman" w:hAnsi="Times New Roman" w:cs="Times New Roman"/>
          <w:sz w:val="24"/>
        </w:rPr>
        <w:t>unui</w:t>
      </w:r>
      <w:proofErr w:type="spellEnd"/>
      <w:r w:rsidRPr="00733961">
        <w:rPr>
          <w:rFonts w:ascii="Times New Roman" w:hAnsi="Times New Roman" w:cs="Times New Roman"/>
          <w:sz w:val="24"/>
        </w:rPr>
        <w:t xml:space="preserve"> consultant individual</w:t>
      </w:r>
    </w:p>
    <w:p w14:paraId="6CB5CEE3" w14:textId="77777777" w:rsidR="0040757A" w:rsidRPr="00733961" w:rsidRDefault="004316AA">
      <w:pPr>
        <w:jc w:val="center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  <w:sz w:val="24"/>
        </w:rPr>
        <w:t>pentru</w:t>
      </w:r>
      <w:proofErr w:type="spellEnd"/>
      <w:r w:rsidRPr="007339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33961">
        <w:rPr>
          <w:rFonts w:ascii="Times New Roman" w:hAnsi="Times New Roman" w:cs="Times New Roman"/>
          <w:sz w:val="24"/>
        </w:rPr>
        <w:t>analiza</w:t>
      </w:r>
      <w:proofErr w:type="spellEnd"/>
      <w:r w:rsidRPr="0073396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33961">
        <w:rPr>
          <w:rFonts w:ascii="Times New Roman" w:hAnsi="Times New Roman" w:cs="Times New Roman"/>
          <w:sz w:val="24"/>
        </w:rPr>
        <w:t>consolidarea</w:t>
      </w:r>
      <w:proofErr w:type="spellEnd"/>
      <w:r w:rsidRPr="00733961">
        <w:rPr>
          <w:rFonts w:ascii="Times New Roman" w:hAnsi="Times New Roman" w:cs="Times New Roman"/>
          <w:sz w:val="24"/>
        </w:rPr>
        <w:t xml:space="preserve"> și </w:t>
      </w:r>
      <w:proofErr w:type="spellStart"/>
      <w:r w:rsidRPr="00733961">
        <w:rPr>
          <w:rFonts w:ascii="Times New Roman" w:hAnsi="Times New Roman" w:cs="Times New Roman"/>
          <w:sz w:val="24"/>
        </w:rPr>
        <w:t>sistematizarea</w:t>
      </w:r>
      <w:proofErr w:type="spellEnd"/>
      <w:r w:rsidRPr="007339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33961">
        <w:rPr>
          <w:rFonts w:ascii="Times New Roman" w:hAnsi="Times New Roman" w:cs="Times New Roman"/>
          <w:sz w:val="24"/>
        </w:rPr>
        <w:t>informațiilor</w:t>
      </w:r>
      <w:proofErr w:type="spellEnd"/>
      <w:r w:rsidRPr="007339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33961">
        <w:rPr>
          <w:rFonts w:ascii="Times New Roman" w:hAnsi="Times New Roman" w:cs="Times New Roman"/>
          <w:sz w:val="24"/>
        </w:rPr>
        <w:t>privind</w:t>
      </w:r>
      <w:proofErr w:type="spellEnd"/>
      <w:r w:rsidRPr="007339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33961">
        <w:rPr>
          <w:rFonts w:ascii="Times New Roman" w:hAnsi="Times New Roman" w:cs="Times New Roman"/>
          <w:sz w:val="24"/>
        </w:rPr>
        <w:t>portofoliul</w:t>
      </w:r>
      <w:proofErr w:type="spellEnd"/>
      <w:r w:rsidRPr="007339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33961">
        <w:rPr>
          <w:rFonts w:ascii="Times New Roman" w:hAnsi="Times New Roman" w:cs="Times New Roman"/>
          <w:sz w:val="24"/>
        </w:rPr>
        <w:t>național</w:t>
      </w:r>
      <w:proofErr w:type="spellEnd"/>
      <w:r w:rsidRPr="00733961">
        <w:rPr>
          <w:rFonts w:ascii="Times New Roman" w:hAnsi="Times New Roman" w:cs="Times New Roman"/>
          <w:sz w:val="24"/>
        </w:rPr>
        <w:t xml:space="preserve"> de proiecte GEF</w:t>
      </w:r>
    </w:p>
    <w:p w14:paraId="15CEDCEB" w14:textId="77777777" w:rsidR="0040757A" w:rsidRPr="00733961" w:rsidRDefault="004316AA">
      <w:pPr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br w:type="page"/>
      </w:r>
    </w:p>
    <w:p w14:paraId="3BFDDFFD" w14:textId="77777777" w:rsidR="0040757A" w:rsidRPr="00733961" w:rsidRDefault="004316AA">
      <w:pPr>
        <w:pStyle w:val="Titlu1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lastRenderedPageBreak/>
        <w:t>Abrevieri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acronime</w:t>
      </w:r>
      <w:proofErr w:type="spellEnd"/>
    </w:p>
    <w:tbl>
      <w:tblPr>
        <w:tblStyle w:val="Tabelgril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7128"/>
      </w:tblGrid>
      <w:tr w:rsidR="0040757A" w:rsidRPr="00733961" w14:paraId="25352E94" w14:textId="77777777">
        <w:trPr>
          <w:tblHeader/>
          <w:jc w:val="center"/>
        </w:trPr>
        <w:tc>
          <w:tcPr>
            <w:tcW w:w="1944" w:type="dxa"/>
            <w:shd w:val="clear" w:color="auto" w:fill="2F75B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86C4BB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b/>
                <w:color w:val="FFFFFF"/>
                <w:sz w:val="18"/>
              </w:rPr>
              <w:t>Abreviere</w:t>
            </w:r>
            <w:proofErr w:type="spellEnd"/>
          </w:p>
        </w:tc>
        <w:tc>
          <w:tcPr>
            <w:tcW w:w="7128" w:type="dxa"/>
            <w:shd w:val="clear" w:color="auto" w:fill="2F75B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E35E8E9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b/>
                <w:color w:val="FFFFFF"/>
                <w:sz w:val="18"/>
              </w:rPr>
              <w:t>Denumire</w:t>
            </w:r>
            <w:proofErr w:type="spellEnd"/>
          </w:p>
        </w:tc>
      </w:tr>
      <w:tr w:rsidR="0040757A" w:rsidRPr="00733961" w14:paraId="555ABA10" w14:textId="77777777">
        <w:trPr>
          <w:jc w:val="center"/>
        </w:trPr>
        <w:tc>
          <w:tcPr>
            <w:tcW w:w="194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448A807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b/>
                <w:sz w:val="18"/>
              </w:rPr>
              <w:t>GEF</w:t>
            </w:r>
          </w:p>
        </w:tc>
        <w:tc>
          <w:tcPr>
            <w:tcW w:w="712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262DA39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 xml:space="preserve">Fondul Global de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Mediu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(Global Environment Facility)</w:t>
            </w:r>
          </w:p>
        </w:tc>
      </w:tr>
      <w:tr w:rsidR="0040757A" w:rsidRPr="00733961" w14:paraId="75867655" w14:textId="77777777">
        <w:trPr>
          <w:jc w:val="center"/>
        </w:trPr>
        <w:tc>
          <w:tcPr>
            <w:tcW w:w="194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A0CD4F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b/>
                <w:sz w:val="18"/>
              </w:rPr>
              <w:t>MM</w:t>
            </w:r>
          </w:p>
        </w:tc>
        <w:tc>
          <w:tcPr>
            <w:tcW w:w="712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F10CD6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Ministerul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Mediului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al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Republicii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Moldova</w:t>
            </w:r>
          </w:p>
        </w:tc>
      </w:tr>
      <w:tr w:rsidR="0040757A" w:rsidRPr="00733961" w14:paraId="7DD4D1CB" w14:textId="77777777">
        <w:trPr>
          <w:jc w:val="center"/>
        </w:trPr>
        <w:tc>
          <w:tcPr>
            <w:tcW w:w="194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276A02D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b/>
                <w:sz w:val="18"/>
              </w:rPr>
              <w:t>OFP</w:t>
            </w:r>
          </w:p>
        </w:tc>
        <w:tc>
          <w:tcPr>
            <w:tcW w:w="712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EBBD95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Punctul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Operațional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Focal GEF (Operational Focal Point)</w:t>
            </w:r>
          </w:p>
        </w:tc>
      </w:tr>
      <w:tr w:rsidR="0040757A" w:rsidRPr="00733961" w14:paraId="7E207052" w14:textId="77777777">
        <w:trPr>
          <w:jc w:val="center"/>
        </w:trPr>
        <w:tc>
          <w:tcPr>
            <w:tcW w:w="194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88162B0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b/>
                <w:sz w:val="18"/>
              </w:rPr>
              <w:t>ONIPM</w:t>
            </w:r>
          </w:p>
        </w:tc>
        <w:tc>
          <w:tcPr>
            <w:tcW w:w="712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6B3E336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Oficiul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Național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de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Implementare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a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Proiectelor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în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domeniul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Mediului</w:t>
            </w:r>
            <w:proofErr w:type="spellEnd"/>
          </w:p>
        </w:tc>
      </w:tr>
      <w:tr w:rsidR="0040757A" w:rsidRPr="00733961" w14:paraId="0D29730D" w14:textId="77777777">
        <w:trPr>
          <w:jc w:val="center"/>
        </w:trPr>
        <w:tc>
          <w:tcPr>
            <w:tcW w:w="194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81F499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b/>
                <w:sz w:val="18"/>
              </w:rPr>
              <w:t>PCA</w:t>
            </w:r>
          </w:p>
        </w:tc>
        <w:tc>
          <w:tcPr>
            <w:tcW w:w="712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916055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 xml:space="preserve">Acord de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cooperare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pentru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implementarea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proiectului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(Project Cooperation Agreement)</w:t>
            </w:r>
          </w:p>
        </w:tc>
      </w:tr>
      <w:tr w:rsidR="0040757A" w:rsidRPr="00733961" w14:paraId="54C8F342" w14:textId="77777777">
        <w:trPr>
          <w:jc w:val="center"/>
        </w:trPr>
        <w:tc>
          <w:tcPr>
            <w:tcW w:w="194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2F68DB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b/>
                <w:sz w:val="18"/>
              </w:rPr>
              <w:t>RM</w:t>
            </w:r>
          </w:p>
        </w:tc>
        <w:tc>
          <w:tcPr>
            <w:tcW w:w="712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D656B3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Republica Moldova</w:t>
            </w:r>
          </w:p>
        </w:tc>
      </w:tr>
      <w:tr w:rsidR="0040757A" w:rsidRPr="00733961" w14:paraId="63F458A5" w14:textId="77777777">
        <w:trPr>
          <w:jc w:val="center"/>
        </w:trPr>
        <w:tc>
          <w:tcPr>
            <w:tcW w:w="194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2909D6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b/>
                <w:sz w:val="18"/>
              </w:rPr>
              <w:t>TOR</w:t>
            </w:r>
          </w:p>
        </w:tc>
        <w:tc>
          <w:tcPr>
            <w:tcW w:w="712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6B2EF0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Termeni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de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referință</w:t>
            </w:r>
            <w:proofErr w:type="spellEnd"/>
          </w:p>
        </w:tc>
      </w:tr>
      <w:tr w:rsidR="0040757A" w:rsidRPr="00733961" w14:paraId="78B06939" w14:textId="77777777">
        <w:trPr>
          <w:jc w:val="center"/>
        </w:trPr>
        <w:tc>
          <w:tcPr>
            <w:tcW w:w="194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FF99945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b/>
                <w:sz w:val="18"/>
              </w:rPr>
              <w:t>UNOPS</w:t>
            </w:r>
          </w:p>
        </w:tc>
        <w:tc>
          <w:tcPr>
            <w:tcW w:w="712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79B20D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Oficiul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Națiunilor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Unite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pentru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Servicii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de Proiecte</w:t>
            </w:r>
          </w:p>
        </w:tc>
      </w:tr>
      <w:tr w:rsidR="0040757A" w:rsidRPr="00733961" w14:paraId="3BE04852" w14:textId="77777777">
        <w:trPr>
          <w:jc w:val="center"/>
        </w:trPr>
        <w:tc>
          <w:tcPr>
            <w:tcW w:w="1944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C19B02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b/>
                <w:sz w:val="18"/>
              </w:rPr>
              <w:t>USD</w:t>
            </w:r>
          </w:p>
        </w:tc>
        <w:tc>
          <w:tcPr>
            <w:tcW w:w="712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645365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dolari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SUA</w:t>
            </w:r>
          </w:p>
        </w:tc>
      </w:tr>
    </w:tbl>
    <w:p w14:paraId="26434ABB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t>1. INFORMAȚII DESPRE PROIECT</w:t>
      </w:r>
    </w:p>
    <w:p w14:paraId="7E96B2B5" w14:textId="77777777" w:rsidR="0040757A" w:rsidRPr="00733961" w:rsidRDefault="004316AA">
      <w:pPr>
        <w:pStyle w:val="Titlu2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1.1. </w:t>
      </w:r>
      <w:proofErr w:type="spellStart"/>
      <w:r w:rsidRPr="00733961">
        <w:rPr>
          <w:rFonts w:ascii="Times New Roman" w:hAnsi="Times New Roman" w:cs="Times New Roman"/>
        </w:rPr>
        <w:t>Titlul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misiunii</w:t>
      </w:r>
      <w:proofErr w:type="spellEnd"/>
    </w:p>
    <w:p w14:paraId="7652D498" w14:textId="01F0D309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Selectarea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unui</w:t>
      </w:r>
      <w:proofErr w:type="spellEnd"/>
      <w:r w:rsidRPr="00733961">
        <w:rPr>
          <w:rFonts w:ascii="Times New Roman" w:hAnsi="Times New Roman" w:cs="Times New Roman"/>
        </w:rPr>
        <w:t xml:space="preserve"> consultant individual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analiza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consolidarea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sistematizarea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privind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portofoliul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național</w:t>
      </w:r>
      <w:proofErr w:type="spellEnd"/>
      <w:r w:rsidRPr="00733961">
        <w:rPr>
          <w:rFonts w:ascii="Times New Roman" w:hAnsi="Times New Roman" w:cs="Times New Roman"/>
        </w:rPr>
        <w:t xml:space="preserve"> de proiecte GEF</w:t>
      </w:r>
      <w:r w:rsidR="006B0A70">
        <w:rPr>
          <w:rFonts w:ascii="Times New Roman" w:hAnsi="Times New Roman" w:cs="Times New Roman"/>
        </w:rPr>
        <w:t xml:space="preserve"> 2020-2025</w:t>
      </w:r>
      <w:r w:rsidRPr="00733961">
        <w:rPr>
          <w:rFonts w:ascii="Times New Roman" w:hAnsi="Times New Roman" w:cs="Times New Roman"/>
        </w:rPr>
        <w:t xml:space="preserve">, în </w:t>
      </w:r>
      <w:proofErr w:type="spellStart"/>
      <w:r w:rsidRPr="00733961">
        <w:rPr>
          <w:rFonts w:ascii="Times New Roman" w:hAnsi="Times New Roman" w:cs="Times New Roman"/>
        </w:rPr>
        <w:t>cadrul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proiectului</w:t>
      </w:r>
      <w:proofErr w:type="spellEnd"/>
      <w:r w:rsidRPr="00733961">
        <w:rPr>
          <w:rFonts w:ascii="Times New Roman" w:hAnsi="Times New Roman" w:cs="Times New Roman"/>
        </w:rPr>
        <w:t xml:space="preserve"> „</w:t>
      </w:r>
      <w:proofErr w:type="spellStart"/>
      <w:r w:rsidRPr="00733961">
        <w:rPr>
          <w:rFonts w:ascii="Times New Roman" w:hAnsi="Times New Roman" w:cs="Times New Roman"/>
        </w:rPr>
        <w:t>Consolidarea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supravegherii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coordonării</w:t>
      </w:r>
      <w:proofErr w:type="spellEnd"/>
      <w:r w:rsidRPr="00733961">
        <w:rPr>
          <w:rFonts w:ascii="Times New Roman" w:hAnsi="Times New Roman" w:cs="Times New Roman"/>
        </w:rPr>
        <w:t xml:space="preserve"> la </w:t>
      </w:r>
      <w:proofErr w:type="spellStart"/>
      <w:r w:rsidRPr="00733961">
        <w:rPr>
          <w:rFonts w:ascii="Times New Roman" w:hAnsi="Times New Roman" w:cs="Times New Roman"/>
        </w:rPr>
        <w:t>nivel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național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portofoliului</w:t>
      </w:r>
      <w:proofErr w:type="spellEnd"/>
      <w:r w:rsidRPr="00733961">
        <w:rPr>
          <w:rFonts w:ascii="Times New Roman" w:hAnsi="Times New Roman" w:cs="Times New Roman"/>
        </w:rPr>
        <w:t xml:space="preserve"> de proiecte GEF în Republica Moldova”.</w:t>
      </w:r>
    </w:p>
    <w:p w14:paraId="62B2BB62" w14:textId="77777777" w:rsidR="0040757A" w:rsidRPr="00733961" w:rsidRDefault="004316AA">
      <w:pPr>
        <w:pStyle w:val="Titlu2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1.2. </w:t>
      </w:r>
      <w:proofErr w:type="spellStart"/>
      <w:r w:rsidRPr="00733961">
        <w:rPr>
          <w:rFonts w:ascii="Times New Roman" w:hAnsi="Times New Roman" w:cs="Times New Roman"/>
        </w:rPr>
        <w:t>Denumirea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proiectului</w:t>
      </w:r>
      <w:proofErr w:type="spellEnd"/>
    </w:p>
    <w:p w14:paraId="7DCB9BA7" w14:textId="77777777" w:rsidR="0040757A" w:rsidRPr="00733961" w:rsidRDefault="004316AA">
      <w:pPr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>„</w:t>
      </w:r>
      <w:proofErr w:type="spellStart"/>
      <w:r w:rsidRPr="00733961">
        <w:rPr>
          <w:rFonts w:ascii="Times New Roman" w:hAnsi="Times New Roman" w:cs="Times New Roman"/>
        </w:rPr>
        <w:t>Consolidarea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supravegherii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coordonării</w:t>
      </w:r>
      <w:proofErr w:type="spellEnd"/>
      <w:r w:rsidRPr="00733961">
        <w:rPr>
          <w:rFonts w:ascii="Times New Roman" w:hAnsi="Times New Roman" w:cs="Times New Roman"/>
        </w:rPr>
        <w:t xml:space="preserve"> la </w:t>
      </w:r>
      <w:proofErr w:type="spellStart"/>
      <w:r w:rsidRPr="00733961">
        <w:rPr>
          <w:rFonts w:ascii="Times New Roman" w:hAnsi="Times New Roman" w:cs="Times New Roman"/>
        </w:rPr>
        <w:t>nivel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național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portofoliului</w:t>
      </w:r>
      <w:proofErr w:type="spellEnd"/>
      <w:r w:rsidRPr="00733961">
        <w:rPr>
          <w:rFonts w:ascii="Times New Roman" w:hAnsi="Times New Roman" w:cs="Times New Roman"/>
        </w:rPr>
        <w:t xml:space="preserve"> de proiecte GEF în Republica Moldova” / “Strengthening National Oversight and Coordination of the GEF Project Portfolio in the Republic of Moldova”.</w:t>
      </w:r>
    </w:p>
    <w:p w14:paraId="071F5BF1" w14:textId="77777777" w:rsidR="0040757A" w:rsidRPr="00733961" w:rsidRDefault="004316AA">
      <w:pPr>
        <w:pStyle w:val="Titlu2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1.3. </w:t>
      </w:r>
      <w:proofErr w:type="spellStart"/>
      <w:r w:rsidRPr="00733961">
        <w:rPr>
          <w:rFonts w:ascii="Times New Roman" w:hAnsi="Times New Roman" w:cs="Times New Roman"/>
        </w:rPr>
        <w:t>Codul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proiectului</w:t>
      </w:r>
      <w:proofErr w:type="spellEnd"/>
      <w:r w:rsidRPr="00733961">
        <w:rPr>
          <w:rFonts w:ascii="Times New Roman" w:hAnsi="Times New Roman" w:cs="Times New Roman"/>
        </w:rPr>
        <w:t>/</w:t>
      </w:r>
      <w:proofErr w:type="spellStart"/>
      <w:r w:rsidRPr="00733961">
        <w:rPr>
          <w:rFonts w:ascii="Times New Roman" w:hAnsi="Times New Roman" w:cs="Times New Roman"/>
        </w:rPr>
        <w:t>acordului</w:t>
      </w:r>
      <w:proofErr w:type="spellEnd"/>
    </w:p>
    <w:p w14:paraId="5916F335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Codul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oficial</w:t>
      </w:r>
      <w:proofErr w:type="spellEnd"/>
      <w:r w:rsidRPr="00733961">
        <w:rPr>
          <w:rFonts w:ascii="Times New Roman" w:hAnsi="Times New Roman" w:cs="Times New Roman"/>
        </w:rPr>
        <w:t xml:space="preserve"> al </w:t>
      </w:r>
      <w:proofErr w:type="spellStart"/>
      <w:r w:rsidRPr="00733961">
        <w:rPr>
          <w:rFonts w:ascii="Times New Roman" w:hAnsi="Times New Roman" w:cs="Times New Roman"/>
        </w:rPr>
        <w:t>proiectului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numărul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Acordului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cooperare</w:t>
      </w:r>
      <w:proofErr w:type="spellEnd"/>
      <w:r w:rsidRPr="00733961">
        <w:rPr>
          <w:rFonts w:ascii="Times New Roman" w:hAnsi="Times New Roman" w:cs="Times New Roman"/>
        </w:rPr>
        <w:t xml:space="preserve"> UNOPS </w:t>
      </w:r>
      <w:proofErr w:type="spellStart"/>
      <w:r w:rsidRPr="00733961">
        <w:rPr>
          <w:rFonts w:ascii="Times New Roman" w:hAnsi="Times New Roman" w:cs="Times New Roman"/>
        </w:rPr>
        <w:t>urmează</w:t>
      </w:r>
      <w:proofErr w:type="spellEnd"/>
      <w:r w:rsidRPr="00733961">
        <w:rPr>
          <w:rFonts w:ascii="Times New Roman" w:hAnsi="Times New Roman" w:cs="Times New Roman"/>
        </w:rPr>
        <w:t xml:space="preserve"> a fi </w:t>
      </w:r>
      <w:proofErr w:type="spellStart"/>
      <w:r w:rsidRPr="00733961">
        <w:rPr>
          <w:rFonts w:ascii="Times New Roman" w:hAnsi="Times New Roman" w:cs="Times New Roman"/>
        </w:rPr>
        <w:t>completat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după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atribuirea</w:t>
      </w:r>
      <w:proofErr w:type="spellEnd"/>
      <w:r w:rsidRPr="00733961">
        <w:rPr>
          <w:rFonts w:ascii="Times New Roman" w:hAnsi="Times New Roman" w:cs="Times New Roman"/>
        </w:rPr>
        <w:t>/</w:t>
      </w:r>
      <w:proofErr w:type="spellStart"/>
      <w:r w:rsidRPr="00733961">
        <w:rPr>
          <w:rFonts w:ascii="Times New Roman" w:hAnsi="Times New Roman" w:cs="Times New Roman"/>
        </w:rPr>
        <w:t>confirmarea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oficială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către</w:t>
      </w:r>
      <w:proofErr w:type="spellEnd"/>
      <w:r w:rsidRPr="00733961">
        <w:rPr>
          <w:rFonts w:ascii="Times New Roman" w:hAnsi="Times New Roman" w:cs="Times New Roman"/>
        </w:rPr>
        <w:t xml:space="preserve"> UNOPS. În </w:t>
      </w:r>
      <w:proofErr w:type="spellStart"/>
      <w:r w:rsidRPr="00733961">
        <w:rPr>
          <w:rFonts w:ascii="Times New Roman" w:hAnsi="Times New Roman" w:cs="Times New Roman"/>
        </w:rPr>
        <w:t>documentele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disponibile</w:t>
      </w:r>
      <w:proofErr w:type="spellEnd"/>
      <w:r w:rsidRPr="00733961">
        <w:rPr>
          <w:rFonts w:ascii="Times New Roman" w:hAnsi="Times New Roman" w:cs="Times New Roman"/>
        </w:rPr>
        <w:t xml:space="preserve"> la data </w:t>
      </w:r>
      <w:proofErr w:type="spellStart"/>
      <w:r w:rsidRPr="00733961">
        <w:rPr>
          <w:rFonts w:ascii="Times New Roman" w:hAnsi="Times New Roman" w:cs="Times New Roman"/>
        </w:rPr>
        <w:t>elaborării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prezentului</w:t>
      </w:r>
      <w:proofErr w:type="spellEnd"/>
      <w:r w:rsidRPr="00733961">
        <w:rPr>
          <w:rFonts w:ascii="Times New Roman" w:hAnsi="Times New Roman" w:cs="Times New Roman"/>
        </w:rPr>
        <w:t xml:space="preserve"> TOR nu </w:t>
      </w:r>
      <w:proofErr w:type="spellStart"/>
      <w:r w:rsidRPr="00733961">
        <w:rPr>
          <w:rFonts w:ascii="Times New Roman" w:hAnsi="Times New Roman" w:cs="Times New Roman"/>
        </w:rPr>
        <w:t>este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indicat</w:t>
      </w:r>
      <w:proofErr w:type="spellEnd"/>
      <w:r w:rsidRPr="00733961">
        <w:rPr>
          <w:rFonts w:ascii="Times New Roman" w:hAnsi="Times New Roman" w:cs="Times New Roman"/>
        </w:rPr>
        <w:t xml:space="preserve"> un cod numeric al </w:t>
      </w:r>
      <w:proofErr w:type="spellStart"/>
      <w:r w:rsidRPr="00733961">
        <w:rPr>
          <w:rFonts w:ascii="Times New Roman" w:hAnsi="Times New Roman" w:cs="Times New Roman"/>
        </w:rPr>
        <w:t>proiectului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607D1D1B" w14:textId="77777777" w:rsidR="0040757A" w:rsidRPr="00733961" w:rsidRDefault="004316AA">
      <w:pPr>
        <w:pStyle w:val="Titlu2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1.4. Sursa de </w:t>
      </w:r>
      <w:proofErr w:type="spellStart"/>
      <w:r w:rsidRPr="00733961">
        <w:rPr>
          <w:rFonts w:ascii="Times New Roman" w:hAnsi="Times New Roman" w:cs="Times New Roman"/>
        </w:rPr>
        <w:t>finanțare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entitatea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implementare</w:t>
      </w:r>
      <w:proofErr w:type="spellEnd"/>
    </w:p>
    <w:p w14:paraId="3AD28161" w14:textId="77777777" w:rsidR="0040757A" w:rsidRPr="00733961" w:rsidRDefault="004316AA">
      <w:pPr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Sursa de </w:t>
      </w:r>
      <w:proofErr w:type="spellStart"/>
      <w:r w:rsidRPr="00733961">
        <w:rPr>
          <w:rFonts w:ascii="Times New Roman" w:hAnsi="Times New Roman" w:cs="Times New Roman"/>
        </w:rPr>
        <w:t>finanțare</w:t>
      </w:r>
      <w:proofErr w:type="spellEnd"/>
      <w:r w:rsidRPr="00733961">
        <w:rPr>
          <w:rFonts w:ascii="Times New Roman" w:hAnsi="Times New Roman" w:cs="Times New Roman"/>
        </w:rPr>
        <w:t xml:space="preserve">: GEF OFP Project Oversight Grant, </w:t>
      </w:r>
      <w:proofErr w:type="spellStart"/>
      <w:r w:rsidRPr="00733961">
        <w:rPr>
          <w:rFonts w:ascii="Times New Roman" w:hAnsi="Times New Roman" w:cs="Times New Roman"/>
        </w:rPr>
        <w:t>administrat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prin</w:t>
      </w:r>
      <w:proofErr w:type="spellEnd"/>
      <w:r w:rsidRPr="00733961">
        <w:rPr>
          <w:rFonts w:ascii="Times New Roman" w:hAnsi="Times New Roman" w:cs="Times New Roman"/>
        </w:rPr>
        <w:t xml:space="preserve"> UNOPS. </w:t>
      </w:r>
      <w:proofErr w:type="spellStart"/>
      <w:r w:rsidRPr="00733961">
        <w:rPr>
          <w:rFonts w:ascii="Times New Roman" w:hAnsi="Times New Roman" w:cs="Times New Roman"/>
        </w:rPr>
        <w:t>Entitatea</w:t>
      </w:r>
      <w:proofErr w:type="spellEnd"/>
      <w:r w:rsidRPr="00733961">
        <w:rPr>
          <w:rFonts w:ascii="Times New Roman" w:hAnsi="Times New Roman" w:cs="Times New Roman"/>
        </w:rPr>
        <w:t xml:space="preserve"> responsabilă: </w:t>
      </w:r>
      <w:proofErr w:type="spellStart"/>
      <w:r w:rsidRPr="00733961">
        <w:rPr>
          <w:rFonts w:ascii="Times New Roman" w:hAnsi="Times New Roman" w:cs="Times New Roman"/>
        </w:rPr>
        <w:t>Ministerul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 al </w:t>
      </w:r>
      <w:proofErr w:type="spellStart"/>
      <w:r w:rsidRPr="00733961">
        <w:rPr>
          <w:rFonts w:ascii="Times New Roman" w:hAnsi="Times New Roman" w:cs="Times New Roman"/>
        </w:rPr>
        <w:t>Republicii</w:t>
      </w:r>
      <w:proofErr w:type="spellEnd"/>
      <w:r w:rsidRPr="00733961">
        <w:rPr>
          <w:rFonts w:ascii="Times New Roman" w:hAnsi="Times New Roman" w:cs="Times New Roman"/>
        </w:rPr>
        <w:t xml:space="preserve"> Moldova, </w:t>
      </w:r>
      <w:proofErr w:type="spellStart"/>
      <w:r w:rsidRPr="00733961">
        <w:rPr>
          <w:rFonts w:ascii="Times New Roman" w:hAnsi="Times New Roman" w:cs="Times New Roman"/>
        </w:rPr>
        <w:t>prin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Punctul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Operațional</w:t>
      </w:r>
      <w:proofErr w:type="spellEnd"/>
      <w:r w:rsidRPr="00733961">
        <w:rPr>
          <w:rFonts w:ascii="Times New Roman" w:hAnsi="Times New Roman" w:cs="Times New Roman"/>
        </w:rPr>
        <w:t xml:space="preserve"> Focal GEF, cu </w:t>
      </w:r>
      <w:proofErr w:type="spellStart"/>
      <w:r w:rsidRPr="00733961">
        <w:rPr>
          <w:rFonts w:ascii="Times New Roman" w:hAnsi="Times New Roman" w:cs="Times New Roman"/>
        </w:rPr>
        <w:t>suportul</w:t>
      </w:r>
      <w:proofErr w:type="spellEnd"/>
      <w:r w:rsidRPr="00733961">
        <w:rPr>
          <w:rFonts w:ascii="Times New Roman" w:hAnsi="Times New Roman" w:cs="Times New Roman"/>
        </w:rPr>
        <w:t xml:space="preserve"> ONIPM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procedurile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contractare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administrare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monitorizare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contractului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38BA47A5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t>2. INFORMAȚII GENERALE</w:t>
      </w:r>
    </w:p>
    <w:p w14:paraId="5D5B63E0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Ministerul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 al </w:t>
      </w:r>
      <w:proofErr w:type="spellStart"/>
      <w:r w:rsidRPr="00733961">
        <w:rPr>
          <w:rFonts w:ascii="Times New Roman" w:hAnsi="Times New Roman" w:cs="Times New Roman"/>
        </w:rPr>
        <w:t>Republicii</w:t>
      </w:r>
      <w:proofErr w:type="spellEnd"/>
      <w:r w:rsidRPr="00733961">
        <w:rPr>
          <w:rFonts w:ascii="Times New Roman" w:hAnsi="Times New Roman" w:cs="Times New Roman"/>
        </w:rPr>
        <w:t xml:space="preserve"> Moldova, în </w:t>
      </w:r>
      <w:proofErr w:type="spellStart"/>
      <w:r w:rsidRPr="00733961">
        <w:rPr>
          <w:rFonts w:ascii="Times New Roman" w:hAnsi="Times New Roman" w:cs="Times New Roman"/>
        </w:rPr>
        <w:t>calitate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instituție</w:t>
      </w:r>
      <w:proofErr w:type="spellEnd"/>
      <w:r w:rsidRPr="00733961">
        <w:rPr>
          <w:rFonts w:ascii="Times New Roman" w:hAnsi="Times New Roman" w:cs="Times New Roman"/>
        </w:rPr>
        <w:t xml:space="preserve"> care </w:t>
      </w:r>
      <w:proofErr w:type="spellStart"/>
      <w:r w:rsidRPr="00733961">
        <w:rPr>
          <w:rFonts w:ascii="Times New Roman" w:hAnsi="Times New Roman" w:cs="Times New Roman"/>
        </w:rPr>
        <w:t>găzduiește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Punctul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Operațional</w:t>
      </w:r>
      <w:proofErr w:type="spellEnd"/>
      <w:r w:rsidRPr="00733961">
        <w:rPr>
          <w:rFonts w:ascii="Times New Roman" w:hAnsi="Times New Roman" w:cs="Times New Roman"/>
        </w:rPr>
        <w:t xml:space="preserve"> Focal GEF, a </w:t>
      </w:r>
      <w:proofErr w:type="spellStart"/>
      <w:r w:rsidRPr="00733961">
        <w:rPr>
          <w:rFonts w:ascii="Times New Roman" w:hAnsi="Times New Roman" w:cs="Times New Roman"/>
        </w:rPr>
        <w:t>solicitat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sprijin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financiar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cadrul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mecanismului</w:t>
      </w:r>
      <w:proofErr w:type="spellEnd"/>
      <w:r w:rsidRPr="00733961">
        <w:rPr>
          <w:rFonts w:ascii="Times New Roman" w:hAnsi="Times New Roman" w:cs="Times New Roman"/>
        </w:rPr>
        <w:t xml:space="preserve"> GEF OFP Project Oversight Grant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proiectul</w:t>
      </w:r>
      <w:proofErr w:type="spellEnd"/>
      <w:r w:rsidRPr="00733961">
        <w:rPr>
          <w:rFonts w:ascii="Times New Roman" w:hAnsi="Times New Roman" w:cs="Times New Roman"/>
        </w:rPr>
        <w:t xml:space="preserve"> „</w:t>
      </w:r>
      <w:proofErr w:type="spellStart"/>
      <w:r w:rsidRPr="00733961">
        <w:rPr>
          <w:rFonts w:ascii="Times New Roman" w:hAnsi="Times New Roman" w:cs="Times New Roman"/>
        </w:rPr>
        <w:t>Consolidarea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supravegherii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coordonării</w:t>
      </w:r>
      <w:proofErr w:type="spellEnd"/>
      <w:r w:rsidRPr="00733961">
        <w:rPr>
          <w:rFonts w:ascii="Times New Roman" w:hAnsi="Times New Roman" w:cs="Times New Roman"/>
        </w:rPr>
        <w:t xml:space="preserve"> la </w:t>
      </w:r>
      <w:proofErr w:type="spellStart"/>
      <w:r w:rsidRPr="00733961">
        <w:rPr>
          <w:rFonts w:ascii="Times New Roman" w:hAnsi="Times New Roman" w:cs="Times New Roman"/>
        </w:rPr>
        <w:t>nivel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național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portofoliului</w:t>
      </w:r>
      <w:proofErr w:type="spellEnd"/>
      <w:r w:rsidRPr="00733961">
        <w:rPr>
          <w:rFonts w:ascii="Times New Roman" w:hAnsi="Times New Roman" w:cs="Times New Roman"/>
        </w:rPr>
        <w:t xml:space="preserve"> de proiecte GEF în Republica Moldova”. </w:t>
      </w:r>
      <w:proofErr w:type="spellStart"/>
      <w:r w:rsidRPr="00733961">
        <w:rPr>
          <w:rFonts w:ascii="Times New Roman" w:hAnsi="Times New Roman" w:cs="Times New Roman"/>
        </w:rPr>
        <w:t>Contribuția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prevăzută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proiectul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Acordului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cooperare</w:t>
      </w:r>
      <w:proofErr w:type="spellEnd"/>
      <w:r w:rsidRPr="00733961">
        <w:rPr>
          <w:rFonts w:ascii="Times New Roman" w:hAnsi="Times New Roman" w:cs="Times New Roman"/>
        </w:rPr>
        <w:t xml:space="preserve"> cu UNOPS </w:t>
      </w:r>
      <w:proofErr w:type="spellStart"/>
      <w:r w:rsidRPr="00733961">
        <w:rPr>
          <w:rFonts w:ascii="Times New Roman" w:hAnsi="Times New Roman" w:cs="Times New Roman"/>
        </w:rPr>
        <w:t>este</w:t>
      </w:r>
      <w:proofErr w:type="spellEnd"/>
      <w:r w:rsidRPr="00733961">
        <w:rPr>
          <w:rFonts w:ascii="Times New Roman" w:hAnsi="Times New Roman" w:cs="Times New Roman"/>
        </w:rPr>
        <w:t xml:space="preserve"> de 31.500 USD.</w:t>
      </w:r>
    </w:p>
    <w:p w14:paraId="16136789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Proiectul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urmărește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consolidarea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supravegherii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coordonării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portofoliului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național</w:t>
      </w:r>
      <w:proofErr w:type="spellEnd"/>
      <w:r w:rsidRPr="00733961">
        <w:rPr>
          <w:rFonts w:ascii="Times New Roman" w:hAnsi="Times New Roman" w:cs="Times New Roman"/>
        </w:rPr>
        <w:t xml:space="preserve"> GEF </w:t>
      </w:r>
      <w:proofErr w:type="spellStart"/>
      <w:r w:rsidRPr="00733961">
        <w:rPr>
          <w:rFonts w:ascii="Times New Roman" w:hAnsi="Times New Roman" w:cs="Times New Roman"/>
        </w:rPr>
        <w:t>prin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vizite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țintite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teren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reuniuni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structurate</w:t>
      </w:r>
      <w:proofErr w:type="spellEnd"/>
      <w:r w:rsidRPr="00733961">
        <w:rPr>
          <w:rFonts w:ascii="Times New Roman" w:hAnsi="Times New Roman" w:cs="Times New Roman"/>
        </w:rPr>
        <w:t xml:space="preserve"> cu </w:t>
      </w:r>
      <w:proofErr w:type="spellStart"/>
      <w:r w:rsidRPr="00733961">
        <w:rPr>
          <w:rFonts w:ascii="Times New Roman" w:hAnsi="Times New Roman" w:cs="Times New Roman"/>
        </w:rPr>
        <w:t>agențiile</w:t>
      </w:r>
      <w:proofErr w:type="spellEnd"/>
      <w:r w:rsidRPr="00733961">
        <w:rPr>
          <w:rFonts w:ascii="Times New Roman" w:hAnsi="Times New Roman" w:cs="Times New Roman"/>
        </w:rPr>
        <w:t xml:space="preserve"> GEF și </w:t>
      </w:r>
      <w:proofErr w:type="spellStart"/>
      <w:r w:rsidRPr="00733961">
        <w:rPr>
          <w:rFonts w:ascii="Times New Roman" w:hAnsi="Times New Roman" w:cs="Times New Roman"/>
        </w:rPr>
        <w:t>părțile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interesate</w:t>
      </w:r>
      <w:proofErr w:type="spellEnd"/>
      <w:r w:rsidRPr="00733961">
        <w:rPr>
          <w:rFonts w:ascii="Times New Roman" w:hAnsi="Times New Roman" w:cs="Times New Roman"/>
        </w:rPr>
        <w:t xml:space="preserve">, precum și </w:t>
      </w:r>
      <w:proofErr w:type="spellStart"/>
      <w:r w:rsidRPr="00733961">
        <w:rPr>
          <w:rFonts w:ascii="Times New Roman" w:hAnsi="Times New Roman" w:cs="Times New Roman"/>
        </w:rPr>
        <w:t>prin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analiza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sistematizarea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existente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privind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progresul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rezultatele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indicatorii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beneficiarii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dificultățile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implementare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lecțiile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învățate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activitățile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planificate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0177C079" w14:textId="447B1177" w:rsidR="0040757A" w:rsidRPr="00733961" w:rsidRDefault="004316AA">
      <w:pPr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În </w:t>
      </w:r>
      <w:proofErr w:type="spellStart"/>
      <w:r w:rsidRPr="00733961">
        <w:rPr>
          <w:rFonts w:ascii="Times New Roman" w:hAnsi="Times New Roman" w:cs="Times New Roman"/>
        </w:rPr>
        <w:t>cadrul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componentei</w:t>
      </w:r>
      <w:proofErr w:type="spellEnd"/>
      <w:r w:rsidRPr="00733961">
        <w:rPr>
          <w:rFonts w:ascii="Times New Roman" w:hAnsi="Times New Roman" w:cs="Times New Roman"/>
        </w:rPr>
        <w:t xml:space="preserve"> „Data Collection, Knowledge Sharing &amp; Reporting”, </w:t>
      </w:r>
      <w:proofErr w:type="spellStart"/>
      <w:r w:rsidRPr="00733961">
        <w:rPr>
          <w:rFonts w:ascii="Times New Roman" w:hAnsi="Times New Roman" w:cs="Times New Roman"/>
        </w:rPr>
        <w:t>documentația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aprobată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prevede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analiza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rapoartelor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progres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perioada</w:t>
      </w:r>
      <w:proofErr w:type="spellEnd"/>
      <w:r w:rsidRPr="00733961">
        <w:rPr>
          <w:rFonts w:ascii="Times New Roman" w:hAnsi="Times New Roman" w:cs="Times New Roman"/>
        </w:rPr>
        <w:t xml:space="preserve"> 202</w:t>
      </w:r>
      <w:r w:rsidR="006B0A70">
        <w:rPr>
          <w:rFonts w:ascii="Times New Roman" w:hAnsi="Times New Roman" w:cs="Times New Roman"/>
        </w:rPr>
        <w:t>0</w:t>
      </w:r>
      <w:r w:rsidRPr="00733961">
        <w:rPr>
          <w:rFonts w:ascii="Times New Roman" w:hAnsi="Times New Roman" w:cs="Times New Roman"/>
        </w:rPr>
        <w:t xml:space="preserve">-2025 și </w:t>
      </w:r>
      <w:proofErr w:type="gramStart"/>
      <w:r w:rsidRPr="00733961">
        <w:rPr>
          <w:rFonts w:ascii="Times New Roman" w:hAnsi="Times New Roman" w:cs="Times New Roman"/>
        </w:rPr>
        <w:t>a</w:t>
      </w:r>
      <w:proofErr w:type="gram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activităților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planificate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2026-2028, </w:t>
      </w:r>
      <w:proofErr w:type="spellStart"/>
      <w:r w:rsidRPr="00733961">
        <w:rPr>
          <w:rFonts w:ascii="Times New Roman" w:hAnsi="Times New Roman" w:cs="Times New Roman"/>
        </w:rPr>
        <w:t>consolidarea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indicatorilor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gramStart"/>
      <w:r w:rsidRPr="00733961">
        <w:rPr>
          <w:rFonts w:ascii="Times New Roman" w:hAnsi="Times New Roman" w:cs="Times New Roman"/>
        </w:rPr>
        <w:t>a</w:t>
      </w:r>
      <w:proofErr w:type="gram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despre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beneficiari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sistematizarea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lecțiilor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învățate</w:t>
      </w:r>
      <w:proofErr w:type="spellEnd"/>
      <w:r w:rsidRPr="00733961">
        <w:rPr>
          <w:rFonts w:ascii="Times New Roman" w:hAnsi="Times New Roman" w:cs="Times New Roman"/>
        </w:rPr>
        <w:t xml:space="preserve"> și a </w:t>
      </w:r>
      <w:proofErr w:type="spellStart"/>
      <w:r w:rsidRPr="00733961">
        <w:rPr>
          <w:rFonts w:ascii="Times New Roman" w:hAnsi="Times New Roman" w:cs="Times New Roman"/>
        </w:rPr>
        <w:t>blocajelor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identificarea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istorii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succes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elaborarea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chestionare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informaționale</w:t>
      </w:r>
      <w:proofErr w:type="spellEnd"/>
      <w:r w:rsidRPr="00733961">
        <w:rPr>
          <w:rFonts w:ascii="Times New Roman" w:hAnsi="Times New Roman" w:cs="Times New Roman"/>
        </w:rPr>
        <w:t xml:space="preserve"> simple.</w:t>
      </w:r>
    </w:p>
    <w:p w14:paraId="6A1FA34B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lastRenderedPageBreak/>
        <w:t>Misiunea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consultantului</w:t>
      </w:r>
      <w:proofErr w:type="spellEnd"/>
      <w:r w:rsidRPr="00733961">
        <w:rPr>
          <w:rFonts w:ascii="Times New Roman" w:hAnsi="Times New Roman" w:cs="Times New Roman"/>
        </w:rPr>
        <w:t xml:space="preserve"> se </w:t>
      </w:r>
      <w:proofErr w:type="spellStart"/>
      <w:r w:rsidRPr="00733961">
        <w:rPr>
          <w:rFonts w:ascii="Times New Roman" w:hAnsi="Times New Roman" w:cs="Times New Roman"/>
        </w:rPr>
        <w:t>bazează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preponderent</w:t>
      </w:r>
      <w:proofErr w:type="spellEnd"/>
      <w:r w:rsidRPr="00733961">
        <w:rPr>
          <w:rFonts w:ascii="Times New Roman" w:hAnsi="Times New Roman" w:cs="Times New Roman"/>
        </w:rPr>
        <w:t xml:space="preserve"> pe </w:t>
      </w:r>
      <w:proofErr w:type="spellStart"/>
      <w:r w:rsidRPr="00733961">
        <w:rPr>
          <w:rFonts w:ascii="Times New Roman" w:hAnsi="Times New Roman" w:cs="Times New Roman"/>
        </w:rPr>
        <w:t>documentația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existentă</w:t>
      </w:r>
      <w:proofErr w:type="spellEnd"/>
      <w:r w:rsidRPr="00733961">
        <w:rPr>
          <w:rFonts w:ascii="Times New Roman" w:hAnsi="Times New Roman" w:cs="Times New Roman"/>
        </w:rPr>
        <w:t xml:space="preserve"> și are </w:t>
      </w:r>
      <w:proofErr w:type="spellStart"/>
      <w:r w:rsidRPr="00733961">
        <w:rPr>
          <w:rFonts w:ascii="Times New Roman" w:hAnsi="Times New Roman" w:cs="Times New Roman"/>
        </w:rPr>
        <w:t>caracter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informațional</w:t>
      </w:r>
      <w:proofErr w:type="spellEnd"/>
      <w:r w:rsidRPr="00733961">
        <w:rPr>
          <w:rFonts w:ascii="Times New Roman" w:hAnsi="Times New Roman" w:cs="Times New Roman"/>
        </w:rPr>
        <w:t xml:space="preserve"> și de </w:t>
      </w:r>
      <w:proofErr w:type="spellStart"/>
      <w:r w:rsidRPr="00733961">
        <w:rPr>
          <w:rFonts w:ascii="Times New Roman" w:hAnsi="Times New Roman" w:cs="Times New Roman"/>
        </w:rPr>
        <w:t>sprijin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coordonarea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portofoliului</w:t>
      </w:r>
      <w:proofErr w:type="spellEnd"/>
      <w:r w:rsidRPr="00733961">
        <w:rPr>
          <w:rFonts w:ascii="Times New Roman" w:hAnsi="Times New Roman" w:cs="Times New Roman"/>
        </w:rPr>
        <w:t xml:space="preserve">. </w:t>
      </w:r>
      <w:proofErr w:type="spellStart"/>
      <w:r w:rsidRPr="00733961">
        <w:rPr>
          <w:rFonts w:ascii="Times New Roman" w:hAnsi="Times New Roman" w:cs="Times New Roman"/>
        </w:rPr>
        <w:t>Misiunea</w:t>
      </w:r>
      <w:proofErr w:type="spellEnd"/>
      <w:r w:rsidRPr="00733961">
        <w:rPr>
          <w:rFonts w:ascii="Times New Roman" w:hAnsi="Times New Roman" w:cs="Times New Roman"/>
        </w:rPr>
        <w:t xml:space="preserve"> nu </w:t>
      </w:r>
      <w:proofErr w:type="spellStart"/>
      <w:r w:rsidRPr="00733961">
        <w:rPr>
          <w:rFonts w:ascii="Times New Roman" w:hAnsi="Times New Roman" w:cs="Times New Roman"/>
        </w:rPr>
        <w:t>constituie</w:t>
      </w:r>
      <w:proofErr w:type="spellEnd"/>
      <w:r w:rsidRPr="00733961">
        <w:rPr>
          <w:rFonts w:ascii="Times New Roman" w:hAnsi="Times New Roman" w:cs="Times New Roman"/>
        </w:rPr>
        <w:t xml:space="preserve"> o </w:t>
      </w:r>
      <w:proofErr w:type="spellStart"/>
      <w:r w:rsidRPr="00733961">
        <w:rPr>
          <w:rFonts w:ascii="Times New Roman" w:hAnsi="Times New Roman" w:cs="Times New Roman"/>
        </w:rPr>
        <w:t>evaluare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independentă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activitate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monitorizare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evaluare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instruire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consolidare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instituțională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5AC85D12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t>3. SCOPUL ȘI OBIECTIVELE MISIUNII</w:t>
      </w:r>
    </w:p>
    <w:p w14:paraId="53A76543" w14:textId="77777777" w:rsidR="0040757A" w:rsidRPr="00733961" w:rsidRDefault="004316AA">
      <w:pPr>
        <w:pStyle w:val="Titlu2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>3.1. Scop</w:t>
      </w:r>
    </w:p>
    <w:p w14:paraId="57E4A07E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Scopul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misiunii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este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crearea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unei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baze</w:t>
      </w:r>
      <w:proofErr w:type="spellEnd"/>
      <w:r w:rsidRPr="00733961">
        <w:rPr>
          <w:rFonts w:ascii="Times New Roman" w:hAnsi="Times New Roman" w:cs="Times New Roman"/>
        </w:rPr>
        <w:t xml:space="preserve"> consolidate și </w:t>
      </w:r>
      <w:proofErr w:type="spellStart"/>
      <w:r w:rsidRPr="00733961">
        <w:rPr>
          <w:rFonts w:ascii="Times New Roman" w:hAnsi="Times New Roman" w:cs="Times New Roman"/>
        </w:rPr>
        <w:t>verificabile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informații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privind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portofoliul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național</w:t>
      </w:r>
      <w:proofErr w:type="spellEnd"/>
      <w:r w:rsidRPr="00733961">
        <w:rPr>
          <w:rFonts w:ascii="Times New Roman" w:hAnsi="Times New Roman" w:cs="Times New Roman"/>
        </w:rPr>
        <w:t xml:space="preserve"> GEF, care </w:t>
      </w:r>
      <w:proofErr w:type="spellStart"/>
      <w:r w:rsidRPr="00733961">
        <w:rPr>
          <w:rFonts w:ascii="Times New Roman" w:hAnsi="Times New Roman" w:cs="Times New Roman"/>
        </w:rPr>
        <w:t>să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permită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Punctului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Operațional</w:t>
      </w:r>
      <w:proofErr w:type="spellEnd"/>
      <w:r w:rsidRPr="00733961">
        <w:rPr>
          <w:rFonts w:ascii="Times New Roman" w:hAnsi="Times New Roman" w:cs="Times New Roman"/>
        </w:rPr>
        <w:t xml:space="preserve"> Focal GEF </w:t>
      </w:r>
      <w:proofErr w:type="spellStart"/>
      <w:r w:rsidRPr="00733961">
        <w:rPr>
          <w:rFonts w:ascii="Times New Roman" w:hAnsi="Times New Roman" w:cs="Times New Roman"/>
        </w:rPr>
        <w:t>să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urmărească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progresul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proiectelor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rezultatele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raportate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beneficiarii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acoperirea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intervențiilor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dificultățile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recurente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activitățile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planificate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78EDE3DA" w14:textId="77777777" w:rsidR="0040757A" w:rsidRPr="00733961" w:rsidRDefault="004316AA">
      <w:pPr>
        <w:pStyle w:val="Titlu2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3.2. </w:t>
      </w:r>
      <w:proofErr w:type="spellStart"/>
      <w:r w:rsidRPr="00733961">
        <w:rPr>
          <w:rFonts w:ascii="Times New Roman" w:hAnsi="Times New Roman" w:cs="Times New Roman"/>
        </w:rPr>
        <w:t>Obiective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specifice</w:t>
      </w:r>
      <w:proofErr w:type="spellEnd"/>
    </w:p>
    <w:p w14:paraId="594B197B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inventarierea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proiectelor</w:t>
      </w:r>
      <w:proofErr w:type="spellEnd"/>
      <w:r w:rsidRPr="00733961">
        <w:rPr>
          <w:rFonts w:ascii="Times New Roman" w:hAnsi="Times New Roman" w:cs="Times New Roman"/>
        </w:rPr>
        <w:t xml:space="preserve"> GEF și a </w:t>
      </w:r>
      <w:proofErr w:type="spellStart"/>
      <w:r w:rsidRPr="00733961">
        <w:rPr>
          <w:rFonts w:ascii="Times New Roman" w:hAnsi="Times New Roman" w:cs="Times New Roman"/>
        </w:rPr>
        <w:t>documentelor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disponibile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311D641E" w14:textId="7FAB540E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analiza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rapoartelor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progres</w:t>
      </w:r>
      <w:proofErr w:type="spellEnd"/>
      <w:r w:rsidRPr="00733961">
        <w:rPr>
          <w:rFonts w:ascii="Times New Roman" w:hAnsi="Times New Roman" w:cs="Times New Roman"/>
        </w:rPr>
        <w:t xml:space="preserve"> din </w:t>
      </w:r>
      <w:proofErr w:type="spellStart"/>
      <w:r w:rsidRPr="00733961">
        <w:rPr>
          <w:rFonts w:ascii="Times New Roman" w:hAnsi="Times New Roman" w:cs="Times New Roman"/>
        </w:rPr>
        <w:t>perioada</w:t>
      </w:r>
      <w:proofErr w:type="spellEnd"/>
      <w:r w:rsidRPr="00733961">
        <w:rPr>
          <w:rFonts w:ascii="Times New Roman" w:hAnsi="Times New Roman" w:cs="Times New Roman"/>
        </w:rPr>
        <w:t xml:space="preserve"> 202</w:t>
      </w:r>
      <w:r w:rsidR="006B0A70">
        <w:rPr>
          <w:rFonts w:ascii="Times New Roman" w:hAnsi="Times New Roman" w:cs="Times New Roman"/>
        </w:rPr>
        <w:t>0</w:t>
      </w:r>
      <w:r w:rsidRPr="00733961">
        <w:rPr>
          <w:rFonts w:ascii="Times New Roman" w:hAnsi="Times New Roman" w:cs="Times New Roman"/>
        </w:rPr>
        <w:t xml:space="preserve">-2025 și a </w:t>
      </w:r>
      <w:proofErr w:type="spellStart"/>
      <w:r w:rsidRPr="00733961">
        <w:rPr>
          <w:rFonts w:ascii="Times New Roman" w:hAnsi="Times New Roman" w:cs="Times New Roman"/>
        </w:rPr>
        <w:t>documentelor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privind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activitățile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planificate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2026-2028;</w:t>
      </w:r>
    </w:p>
    <w:p w14:paraId="4F96A3F8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consolidarea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indicatorilor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progres</w:t>
      </w:r>
      <w:proofErr w:type="spellEnd"/>
      <w:r w:rsidRPr="00733961">
        <w:rPr>
          <w:rFonts w:ascii="Times New Roman" w:hAnsi="Times New Roman" w:cs="Times New Roman"/>
        </w:rPr>
        <w:t xml:space="preserve"> și de </w:t>
      </w:r>
      <w:proofErr w:type="spellStart"/>
      <w:r w:rsidRPr="00733961">
        <w:rPr>
          <w:rFonts w:ascii="Times New Roman" w:hAnsi="Times New Roman" w:cs="Times New Roman"/>
        </w:rPr>
        <w:t>rezultate</w:t>
      </w:r>
      <w:proofErr w:type="spellEnd"/>
      <w:r w:rsidRPr="00733961">
        <w:rPr>
          <w:rFonts w:ascii="Times New Roman" w:hAnsi="Times New Roman" w:cs="Times New Roman"/>
        </w:rPr>
        <w:t xml:space="preserve"> la </w:t>
      </w:r>
      <w:proofErr w:type="spellStart"/>
      <w:r w:rsidRPr="00733961">
        <w:rPr>
          <w:rFonts w:ascii="Times New Roman" w:hAnsi="Times New Roman" w:cs="Times New Roman"/>
        </w:rPr>
        <w:t>nivelul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portofoliului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611D4F76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sistematizarea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privind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beneficiarii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tipurile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sprijin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acoperirea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geografică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3C7E5110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identificarea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structurarea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dificultăților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blocajelor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bunelor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practici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lecțiilor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învățate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54F89B91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elaborarea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instrumente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informaționale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standardizate</w:t>
      </w:r>
      <w:proofErr w:type="spellEnd"/>
      <w:r w:rsidRPr="00733961">
        <w:rPr>
          <w:rFonts w:ascii="Times New Roman" w:hAnsi="Times New Roman" w:cs="Times New Roman"/>
        </w:rPr>
        <w:t xml:space="preserve"> și a </w:t>
      </w:r>
      <w:proofErr w:type="spellStart"/>
      <w:r w:rsidRPr="00733961">
        <w:rPr>
          <w:rFonts w:ascii="Times New Roman" w:hAnsi="Times New Roman" w:cs="Times New Roman"/>
        </w:rPr>
        <w:t>unei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matrice</w:t>
      </w:r>
      <w:proofErr w:type="spellEnd"/>
      <w:r w:rsidRPr="00733961">
        <w:rPr>
          <w:rFonts w:ascii="Times New Roman" w:hAnsi="Times New Roman" w:cs="Times New Roman"/>
        </w:rPr>
        <w:t xml:space="preserve"> care </w:t>
      </w:r>
      <w:proofErr w:type="spellStart"/>
      <w:r w:rsidRPr="00733961">
        <w:rPr>
          <w:rFonts w:ascii="Times New Roman" w:hAnsi="Times New Roman" w:cs="Times New Roman"/>
        </w:rPr>
        <w:t>să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poată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actualizată</w:t>
      </w:r>
      <w:proofErr w:type="spellEnd"/>
      <w:r w:rsidRPr="00733961">
        <w:rPr>
          <w:rFonts w:ascii="Times New Roman" w:hAnsi="Times New Roman" w:cs="Times New Roman"/>
        </w:rPr>
        <w:t xml:space="preserve"> ulterior de </w:t>
      </w:r>
      <w:proofErr w:type="spellStart"/>
      <w:r w:rsidRPr="00733961">
        <w:rPr>
          <w:rFonts w:ascii="Times New Roman" w:hAnsi="Times New Roman" w:cs="Times New Roman"/>
        </w:rPr>
        <w:t>Ministerul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 și ONIPM;</w:t>
      </w:r>
    </w:p>
    <w:p w14:paraId="6074F1D3" w14:textId="4B9C77F5" w:rsidR="0040757A" w:rsidRDefault="006B0A70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6B0A70">
        <w:rPr>
          <w:rFonts w:ascii="Times New Roman" w:hAnsi="Times New Roman" w:cs="Times New Roman"/>
        </w:rPr>
        <w:t>pregătirea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unui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raport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consolidat</w:t>
      </w:r>
      <w:proofErr w:type="spellEnd"/>
      <w:r w:rsidRPr="006B0A70">
        <w:rPr>
          <w:rFonts w:ascii="Times New Roman" w:hAnsi="Times New Roman" w:cs="Times New Roman"/>
        </w:rPr>
        <w:t xml:space="preserve"> și a </w:t>
      </w:r>
      <w:proofErr w:type="spellStart"/>
      <w:r w:rsidRPr="006B0A70">
        <w:rPr>
          <w:rFonts w:ascii="Times New Roman" w:hAnsi="Times New Roman" w:cs="Times New Roman"/>
        </w:rPr>
        <w:t>materialelor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sintetice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necesare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coordonării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portofoliului</w:t>
      </w:r>
      <w:proofErr w:type="spellEnd"/>
      <w:r w:rsidRPr="006B0A70">
        <w:rPr>
          <w:rFonts w:ascii="Times New Roman" w:hAnsi="Times New Roman" w:cs="Times New Roman"/>
        </w:rPr>
        <w:t xml:space="preserve"> GEF, </w:t>
      </w:r>
      <w:proofErr w:type="spellStart"/>
      <w:r w:rsidRPr="006B0A70">
        <w:rPr>
          <w:rFonts w:ascii="Times New Roman" w:hAnsi="Times New Roman" w:cs="Times New Roman"/>
        </w:rPr>
        <w:t>inclusiv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sistematizarea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informațiilor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disponibile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privind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aplicarea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cerințelor</w:t>
      </w:r>
      <w:proofErr w:type="spellEnd"/>
      <w:r w:rsidRPr="006B0A70">
        <w:rPr>
          <w:rFonts w:ascii="Times New Roman" w:hAnsi="Times New Roman" w:cs="Times New Roman"/>
        </w:rPr>
        <w:t xml:space="preserve"> și </w:t>
      </w:r>
      <w:proofErr w:type="spellStart"/>
      <w:r w:rsidRPr="006B0A70">
        <w:rPr>
          <w:rFonts w:ascii="Times New Roman" w:hAnsi="Times New Roman" w:cs="Times New Roman"/>
        </w:rPr>
        <w:t>procedurilor</w:t>
      </w:r>
      <w:proofErr w:type="spellEnd"/>
      <w:r w:rsidRPr="006B0A70">
        <w:rPr>
          <w:rFonts w:ascii="Times New Roman" w:hAnsi="Times New Roman" w:cs="Times New Roman"/>
        </w:rPr>
        <w:t xml:space="preserve"> GEF, ale </w:t>
      </w:r>
      <w:proofErr w:type="spellStart"/>
      <w:r w:rsidRPr="006B0A70">
        <w:rPr>
          <w:rFonts w:ascii="Times New Roman" w:hAnsi="Times New Roman" w:cs="Times New Roman"/>
        </w:rPr>
        <w:t>agențiilor</w:t>
      </w:r>
      <w:proofErr w:type="spellEnd"/>
      <w:r w:rsidRPr="006B0A70">
        <w:rPr>
          <w:rFonts w:ascii="Times New Roman" w:hAnsi="Times New Roman" w:cs="Times New Roman"/>
        </w:rPr>
        <w:t xml:space="preserve"> de </w:t>
      </w:r>
      <w:proofErr w:type="spellStart"/>
      <w:r w:rsidRPr="006B0A70">
        <w:rPr>
          <w:rFonts w:ascii="Times New Roman" w:hAnsi="Times New Roman" w:cs="Times New Roman"/>
        </w:rPr>
        <w:t>implementare</w:t>
      </w:r>
      <w:proofErr w:type="spellEnd"/>
      <w:r w:rsidRPr="006B0A70">
        <w:rPr>
          <w:rFonts w:ascii="Times New Roman" w:hAnsi="Times New Roman" w:cs="Times New Roman"/>
        </w:rPr>
        <w:t xml:space="preserve">, </w:t>
      </w:r>
      <w:proofErr w:type="spellStart"/>
      <w:r w:rsidRPr="006B0A70">
        <w:rPr>
          <w:rFonts w:ascii="Times New Roman" w:hAnsi="Times New Roman" w:cs="Times New Roman"/>
        </w:rPr>
        <w:t>inclusiv</w:t>
      </w:r>
      <w:proofErr w:type="spellEnd"/>
      <w:r w:rsidRPr="006B0A70">
        <w:rPr>
          <w:rFonts w:ascii="Times New Roman" w:hAnsi="Times New Roman" w:cs="Times New Roman"/>
        </w:rPr>
        <w:t xml:space="preserve"> ale </w:t>
      </w:r>
      <w:proofErr w:type="spellStart"/>
      <w:r w:rsidRPr="006B0A70">
        <w:rPr>
          <w:rFonts w:ascii="Times New Roman" w:hAnsi="Times New Roman" w:cs="Times New Roman"/>
        </w:rPr>
        <w:t>Băncii</w:t>
      </w:r>
      <w:proofErr w:type="spellEnd"/>
      <w:r w:rsidRPr="006B0A70">
        <w:rPr>
          <w:rFonts w:ascii="Times New Roman" w:hAnsi="Times New Roman" w:cs="Times New Roman"/>
        </w:rPr>
        <w:t xml:space="preserve"> Mondiale, </w:t>
      </w:r>
      <w:proofErr w:type="spellStart"/>
      <w:r w:rsidRPr="006B0A70">
        <w:rPr>
          <w:rFonts w:ascii="Times New Roman" w:hAnsi="Times New Roman" w:cs="Times New Roman"/>
        </w:rPr>
        <w:t>după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caz</w:t>
      </w:r>
      <w:proofErr w:type="spellEnd"/>
      <w:r w:rsidRPr="006B0A70">
        <w:rPr>
          <w:rFonts w:ascii="Times New Roman" w:hAnsi="Times New Roman" w:cs="Times New Roman"/>
        </w:rPr>
        <w:t xml:space="preserve">, precum și a </w:t>
      </w:r>
      <w:proofErr w:type="spellStart"/>
      <w:r w:rsidRPr="006B0A70">
        <w:rPr>
          <w:rFonts w:ascii="Times New Roman" w:hAnsi="Times New Roman" w:cs="Times New Roman"/>
        </w:rPr>
        <w:t>procedurilor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naționale</w:t>
      </w:r>
      <w:proofErr w:type="spellEnd"/>
      <w:r w:rsidRPr="006B0A70">
        <w:rPr>
          <w:rFonts w:ascii="Times New Roman" w:hAnsi="Times New Roman" w:cs="Times New Roman"/>
        </w:rPr>
        <w:t xml:space="preserve"> </w:t>
      </w:r>
      <w:proofErr w:type="spellStart"/>
      <w:r w:rsidRPr="006B0A70">
        <w:rPr>
          <w:rFonts w:ascii="Times New Roman" w:hAnsi="Times New Roman" w:cs="Times New Roman"/>
        </w:rPr>
        <w:t>relevante</w:t>
      </w:r>
      <w:proofErr w:type="spellEnd"/>
      <w:r w:rsidR="004316AA" w:rsidRPr="00733961">
        <w:rPr>
          <w:rFonts w:ascii="Times New Roman" w:hAnsi="Times New Roman" w:cs="Times New Roman"/>
        </w:rPr>
        <w:t>.</w:t>
      </w:r>
    </w:p>
    <w:p w14:paraId="0CA9086E" w14:textId="77777777" w:rsidR="006B0A70" w:rsidRPr="00733961" w:rsidRDefault="006B0A70" w:rsidP="006B0A70">
      <w:pPr>
        <w:pStyle w:val="Listcumarcatori"/>
        <w:numPr>
          <w:ilvl w:val="0"/>
          <w:numId w:val="0"/>
        </w:numPr>
        <w:spacing w:after="60"/>
        <w:ind w:left="403"/>
        <w:rPr>
          <w:rFonts w:ascii="Times New Roman" w:hAnsi="Times New Roman" w:cs="Times New Roman"/>
        </w:rPr>
      </w:pPr>
    </w:p>
    <w:p w14:paraId="016E17EE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t>4. DOMENIUL DE APLICARE ȘI PRINCIPIILE MISIUNII</w:t>
      </w:r>
    </w:p>
    <w:p w14:paraId="7798A4A1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Consultantul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examina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proiectele</w:t>
      </w:r>
      <w:proofErr w:type="spellEnd"/>
      <w:r w:rsidRPr="00733961">
        <w:rPr>
          <w:rFonts w:ascii="Times New Roman" w:hAnsi="Times New Roman" w:cs="Times New Roman"/>
        </w:rPr>
        <w:t xml:space="preserve"> GEF </w:t>
      </w:r>
      <w:proofErr w:type="spellStart"/>
      <w:r w:rsidRPr="00733961">
        <w:rPr>
          <w:rFonts w:ascii="Times New Roman" w:hAnsi="Times New Roman" w:cs="Times New Roman"/>
        </w:rPr>
        <w:t>finalizate</w:t>
      </w:r>
      <w:proofErr w:type="spellEnd"/>
      <w:r w:rsidRPr="00733961">
        <w:rPr>
          <w:rFonts w:ascii="Times New Roman" w:hAnsi="Times New Roman" w:cs="Times New Roman"/>
        </w:rPr>
        <w:t xml:space="preserve"> recent, </w:t>
      </w:r>
      <w:proofErr w:type="spellStart"/>
      <w:r w:rsidRPr="00733961">
        <w:rPr>
          <w:rFonts w:ascii="Times New Roman" w:hAnsi="Times New Roman" w:cs="Times New Roman"/>
        </w:rPr>
        <w:t>aflate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implementare</w:t>
      </w:r>
      <w:proofErr w:type="spellEnd"/>
      <w:r w:rsidRPr="00733961">
        <w:rPr>
          <w:rFonts w:ascii="Times New Roman" w:hAnsi="Times New Roman" w:cs="Times New Roman"/>
        </w:rPr>
        <w:t xml:space="preserve"> și, în </w:t>
      </w:r>
      <w:proofErr w:type="spellStart"/>
      <w:r w:rsidRPr="00733961">
        <w:rPr>
          <w:rFonts w:ascii="Times New Roman" w:hAnsi="Times New Roman" w:cs="Times New Roman"/>
        </w:rPr>
        <w:t>măsura</w:t>
      </w:r>
      <w:proofErr w:type="spellEnd"/>
      <w:r w:rsidRPr="00733961">
        <w:rPr>
          <w:rFonts w:ascii="Times New Roman" w:hAnsi="Times New Roman" w:cs="Times New Roman"/>
        </w:rPr>
        <w:t xml:space="preserve"> în care </w:t>
      </w:r>
      <w:proofErr w:type="spellStart"/>
      <w:r w:rsidRPr="00733961">
        <w:rPr>
          <w:rFonts w:ascii="Times New Roman" w:hAnsi="Times New Roman" w:cs="Times New Roman"/>
        </w:rPr>
        <w:t>documentația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este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disponibilă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proiectele</w:t>
      </w:r>
      <w:proofErr w:type="spellEnd"/>
      <w:r w:rsidRPr="00733961">
        <w:rPr>
          <w:rFonts w:ascii="Times New Roman" w:hAnsi="Times New Roman" w:cs="Times New Roman"/>
        </w:rPr>
        <w:t>/</w:t>
      </w:r>
      <w:proofErr w:type="spellStart"/>
      <w:r w:rsidRPr="00733961">
        <w:rPr>
          <w:rFonts w:ascii="Times New Roman" w:hAnsi="Times New Roman" w:cs="Times New Roman"/>
        </w:rPr>
        <w:t>intervențiile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aflate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pregătire</w:t>
      </w:r>
      <w:proofErr w:type="spellEnd"/>
      <w:r w:rsidRPr="00733961">
        <w:rPr>
          <w:rFonts w:ascii="Times New Roman" w:hAnsi="Times New Roman" w:cs="Times New Roman"/>
        </w:rPr>
        <w:t xml:space="preserve">. Lista </w:t>
      </w:r>
      <w:proofErr w:type="spellStart"/>
      <w:r w:rsidRPr="00733961">
        <w:rPr>
          <w:rFonts w:ascii="Times New Roman" w:hAnsi="Times New Roman" w:cs="Times New Roman"/>
        </w:rPr>
        <w:t>finală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proiectelor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instituțiilor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vizate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confirmată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Ministerul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 la </w:t>
      </w:r>
      <w:proofErr w:type="spellStart"/>
      <w:r w:rsidRPr="00733961">
        <w:rPr>
          <w:rFonts w:ascii="Times New Roman" w:hAnsi="Times New Roman" w:cs="Times New Roman"/>
        </w:rPr>
        <w:t>începutul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misiunii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35F0A3E9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utilizarea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prioritară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documentelor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oficiale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gramStart"/>
      <w:r w:rsidRPr="00733961">
        <w:rPr>
          <w:rFonts w:ascii="Times New Roman" w:hAnsi="Times New Roman" w:cs="Times New Roman"/>
        </w:rPr>
        <w:t>a</w:t>
      </w:r>
      <w:proofErr w:type="gram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 xml:space="preserve"> validate de </w:t>
      </w:r>
      <w:proofErr w:type="spellStart"/>
      <w:r w:rsidRPr="00733961">
        <w:rPr>
          <w:rFonts w:ascii="Times New Roman" w:hAnsi="Times New Roman" w:cs="Times New Roman"/>
        </w:rPr>
        <w:t>agențiile</w:t>
      </w:r>
      <w:proofErr w:type="spellEnd"/>
      <w:r w:rsidRPr="00733961">
        <w:rPr>
          <w:rFonts w:ascii="Times New Roman" w:hAnsi="Times New Roman" w:cs="Times New Roman"/>
        </w:rPr>
        <w:t xml:space="preserve"> GEF și </w:t>
      </w:r>
      <w:proofErr w:type="spellStart"/>
      <w:r w:rsidRPr="00733961">
        <w:rPr>
          <w:rFonts w:ascii="Times New Roman" w:hAnsi="Times New Roman" w:cs="Times New Roman"/>
        </w:rPr>
        <w:t>entitățile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executare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6BCCE48E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trasabilitatea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fiecărei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</w:t>
      </w:r>
      <w:proofErr w:type="spellEnd"/>
      <w:r w:rsidRPr="00733961">
        <w:rPr>
          <w:rFonts w:ascii="Times New Roman" w:hAnsi="Times New Roman" w:cs="Times New Roman"/>
        </w:rPr>
        <w:t xml:space="preserve"> consolidate </w:t>
      </w:r>
      <w:proofErr w:type="spellStart"/>
      <w:r w:rsidRPr="00733961">
        <w:rPr>
          <w:rFonts w:ascii="Times New Roman" w:hAnsi="Times New Roman" w:cs="Times New Roman"/>
        </w:rPr>
        <w:t>până</w:t>
      </w:r>
      <w:proofErr w:type="spellEnd"/>
      <w:r w:rsidRPr="00733961">
        <w:rPr>
          <w:rFonts w:ascii="Times New Roman" w:hAnsi="Times New Roman" w:cs="Times New Roman"/>
        </w:rPr>
        <w:t xml:space="preserve"> la </w:t>
      </w:r>
      <w:proofErr w:type="spellStart"/>
      <w:r w:rsidRPr="00733961">
        <w:rPr>
          <w:rFonts w:ascii="Times New Roman" w:hAnsi="Times New Roman" w:cs="Times New Roman"/>
        </w:rPr>
        <w:t>sursa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documentară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2E68FD4B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utilizarea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formate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unitare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proiecte, </w:t>
      </w:r>
      <w:proofErr w:type="spellStart"/>
      <w:r w:rsidRPr="00733961">
        <w:rPr>
          <w:rFonts w:ascii="Times New Roman" w:hAnsi="Times New Roman" w:cs="Times New Roman"/>
        </w:rPr>
        <w:t>indicatori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beneficiari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activități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planificate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0CC9FAB2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separarea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clară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dintre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rezultate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raportate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rezultate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planificate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informații</w:t>
      </w:r>
      <w:proofErr w:type="spellEnd"/>
      <w:r w:rsidRPr="00733961">
        <w:rPr>
          <w:rFonts w:ascii="Times New Roman" w:hAnsi="Times New Roman" w:cs="Times New Roman"/>
        </w:rPr>
        <w:t xml:space="preserve"> care </w:t>
      </w:r>
      <w:proofErr w:type="spellStart"/>
      <w:r w:rsidRPr="00733961">
        <w:rPr>
          <w:rFonts w:ascii="Times New Roman" w:hAnsi="Times New Roman" w:cs="Times New Roman"/>
        </w:rPr>
        <w:t>necesită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confirmare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3BA326FA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protejarea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confidențiale</w:t>
      </w:r>
      <w:proofErr w:type="spellEnd"/>
      <w:r w:rsidRPr="00733961">
        <w:rPr>
          <w:rFonts w:ascii="Times New Roman" w:hAnsi="Times New Roman" w:cs="Times New Roman"/>
        </w:rPr>
        <w:t xml:space="preserve"> și a </w:t>
      </w:r>
      <w:proofErr w:type="spellStart"/>
      <w:r w:rsidRPr="00733961">
        <w:rPr>
          <w:rFonts w:ascii="Times New Roman" w:hAnsi="Times New Roman" w:cs="Times New Roman"/>
        </w:rPr>
        <w:t>datelor</w:t>
      </w:r>
      <w:proofErr w:type="spellEnd"/>
      <w:r w:rsidRPr="00733961">
        <w:rPr>
          <w:rFonts w:ascii="Times New Roman" w:hAnsi="Times New Roman" w:cs="Times New Roman"/>
        </w:rPr>
        <w:t xml:space="preserve"> cu </w:t>
      </w:r>
      <w:proofErr w:type="spellStart"/>
      <w:r w:rsidRPr="00733961">
        <w:rPr>
          <w:rFonts w:ascii="Times New Roman" w:hAnsi="Times New Roman" w:cs="Times New Roman"/>
        </w:rPr>
        <w:t>caracter</w:t>
      </w:r>
      <w:proofErr w:type="spellEnd"/>
      <w:r w:rsidRPr="00733961">
        <w:rPr>
          <w:rFonts w:ascii="Times New Roman" w:hAnsi="Times New Roman" w:cs="Times New Roman"/>
        </w:rPr>
        <w:t xml:space="preserve"> personal;</w:t>
      </w:r>
    </w:p>
    <w:p w14:paraId="7D1B1404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evitarea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dublării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activităților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monitorizare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evaluare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realizate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agențiile</w:t>
      </w:r>
      <w:proofErr w:type="spellEnd"/>
      <w:r w:rsidRPr="00733961">
        <w:rPr>
          <w:rFonts w:ascii="Times New Roman" w:hAnsi="Times New Roman" w:cs="Times New Roman"/>
        </w:rPr>
        <w:t xml:space="preserve"> GEF.</w:t>
      </w:r>
    </w:p>
    <w:p w14:paraId="12DBDD6F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t>5. SARCINI</w:t>
      </w:r>
    </w:p>
    <w:p w14:paraId="17CAA818" w14:textId="23FAC683" w:rsidR="0040757A" w:rsidRPr="00733961" w:rsidRDefault="004316AA">
      <w:pPr>
        <w:pStyle w:val="Titlu2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5.1. </w:t>
      </w:r>
      <w:proofErr w:type="spellStart"/>
      <w:r w:rsidR="00394D74">
        <w:rPr>
          <w:rFonts w:ascii="Times New Roman" w:hAnsi="Times New Roman" w:cs="Times New Roman"/>
        </w:rPr>
        <w:t>Octombrie</w:t>
      </w:r>
      <w:proofErr w:type="spellEnd"/>
      <w:r w:rsidR="00394D74">
        <w:rPr>
          <w:rFonts w:ascii="Times New Roman" w:hAnsi="Times New Roman" w:cs="Times New Roman"/>
        </w:rPr>
        <w:t xml:space="preserve"> 2026</w:t>
      </w:r>
      <w:r w:rsidRPr="00733961">
        <w:rPr>
          <w:rFonts w:ascii="Times New Roman" w:hAnsi="Times New Roman" w:cs="Times New Roman"/>
        </w:rPr>
        <w:t xml:space="preserve"> - </w:t>
      </w:r>
      <w:proofErr w:type="spellStart"/>
      <w:r w:rsidR="006B0A70" w:rsidRPr="006B0A70">
        <w:rPr>
          <w:rFonts w:ascii="Times New Roman" w:hAnsi="Times New Roman" w:cs="Times New Roman"/>
        </w:rPr>
        <w:t>organizarea</w:t>
      </w:r>
      <w:proofErr w:type="spellEnd"/>
      <w:r w:rsidR="006B0A70" w:rsidRPr="006B0A70">
        <w:rPr>
          <w:rFonts w:ascii="Times New Roman" w:hAnsi="Times New Roman" w:cs="Times New Roman"/>
        </w:rPr>
        <w:t xml:space="preserve"> </w:t>
      </w:r>
      <w:proofErr w:type="spellStart"/>
      <w:r w:rsidR="006B0A70" w:rsidRPr="006B0A70">
        <w:rPr>
          <w:rFonts w:ascii="Times New Roman" w:hAnsi="Times New Roman" w:cs="Times New Roman"/>
        </w:rPr>
        <w:t>activității</w:t>
      </w:r>
      <w:proofErr w:type="spellEnd"/>
      <w:r w:rsidR="006B0A70" w:rsidRPr="006B0A70">
        <w:rPr>
          <w:rFonts w:ascii="Times New Roman" w:hAnsi="Times New Roman" w:cs="Times New Roman"/>
        </w:rPr>
        <w:t xml:space="preserve">, </w:t>
      </w:r>
      <w:proofErr w:type="spellStart"/>
      <w:r w:rsidR="006B0A70" w:rsidRPr="006B0A70">
        <w:rPr>
          <w:rFonts w:ascii="Times New Roman" w:hAnsi="Times New Roman" w:cs="Times New Roman"/>
        </w:rPr>
        <w:t>colectarea</w:t>
      </w:r>
      <w:proofErr w:type="spellEnd"/>
      <w:r w:rsidR="006B0A70" w:rsidRPr="006B0A70">
        <w:rPr>
          <w:rFonts w:ascii="Times New Roman" w:hAnsi="Times New Roman" w:cs="Times New Roman"/>
        </w:rPr>
        <w:t xml:space="preserve"> și </w:t>
      </w:r>
      <w:proofErr w:type="spellStart"/>
      <w:r w:rsidR="006B0A70" w:rsidRPr="006B0A70">
        <w:rPr>
          <w:rFonts w:ascii="Times New Roman" w:hAnsi="Times New Roman" w:cs="Times New Roman"/>
        </w:rPr>
        <w:t>analiza</w:t>
      </w:r>
      <w:proofErr w:type="spellEnd"/>
      <w:r w:rsidR="006B0A70" w:rsidRPr="006B0A70">
        <w:rPr>
          <w:rFonts w:ascii="Times New Roman" w:hAnsi="Times New Roman" w:cs="Times New Roman"/>
        </w:rPr>
        <w:t xml:space="preserve"> </w:t>
      </w:r>
      <w:proofErr w:type="spellStart"/>
      <w:r w:rsidR="006B0A70" w:rsidRPr="006B0A70">
        <w:rPr>
          <w:rFonts w:ascii="Times New Roman" w:hAnsi="Times New Roman" w:cs="Times New Roman"/>
        </w:rPr>
        <w:t>informațiilor</w:t>
      </w:r>
      <w:proofErr w:type="spellEnd"/>
      <w:r w:rsidR="006B0A70" w:rsidRPr="006B0A70">
        <w:rPr>
          <w:rFonts w:ascii="Times New Roman" w:hAnsi="Times New Roman" w:cs="Times New Roman"/>
        </w:rPr>
        <w:t xml:space="preserve"> și </w:t>
      </w:r>
      <w:proofErr w:type="spellStart"/>
      <w:r w:rsidR="006B0A70" w:rsidRPr="006B0A70">
        <w:rPr>
          <w:rFonts w:ascii="Times New Roman" w:hAnsi="Times New Roman" w:cs="Times New Roman"/>
        </w:rPr>
        <w:t>documentelo</w:t>
      </w:r>
      <w:r w:rsidR="006B0A70">
        <w:rPr>
          <w:rFonts w:ascii="Times New Roman" w:hAnsi="Times New Roman" w:cs="Times New Roman"/>
        </w:rPr>
        <w:t>r</w:t>
      </w:r>
      <w:proofErr w:type="spellEnd"/>
    </w:p>
    <w:p w14:paraId="549F601B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Organizarea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unei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ședințe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inițiale</w:t>
      </w:r>
      <w:proofErr w:type="spellEnd"/>
      <w:r w:rsidRPr="00733961">
        <w:rPr>
          <w:rFonts w:ascii="Times New Roman" w:hAnsi="Times New Roman" w:cs="Times New Roman"/>
        </w:rPr>
        <w:t xml:space="preserve"> cu </w:t>
      </w:r>
      <w:proofErr w:type="spellStart"/>
      <w:r w:rsidRPr="00733961">
        <w:rPr>
          <w:rFonts w:ascii="Times New Roman" w:hAnsi="Times New Roman" w:cs="Times New Roman"/>
        </w:rPr>
        <w:t>Ministerul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 și ONIPM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confirmarea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listei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proiectelor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instituțiilor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relevante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documentelor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disponibile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formatelor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lucru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calendarului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0136DF47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Elaborarea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planului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lucru</w:t>
      </w:r>
      <w:proofErr w:type="spellEnd"/>
      <w:r w:rsidRPr="00733961">
        <w:rPr>
          <w:rFonts w:ascii="Times New Roman" w:hAnsi="Times New Roman" w:cs="Times New Roman"/>
        </w:rPr>
        <w:t xml:space="preserve"> și a </w:t>
      </w:r>
      <w:proofErr w:type="spellStart"/>
      <w:r w:rsidRPr="00733961">
        <w:rPr>
          <w:rFonts w:ascii="Times New Roman" w:hAnsi="Times New Roman" w:cs="Times New Roman"/>
        </w:rPr>
        <w:t>metodologiei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detaliate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întreaga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perioadă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misiunii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312056C0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Crearea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registrului</w:t>
      </w:r>
      <w:proofErr w:type="spellEnd"/>
      <w:r w:rsidRPr="00733961">
        <w:rPr>
          <w:rFonts w:ascii="Times New Roman" w:hAnsi="Times New Roman" w:cs="Times New Roman"/>
        </w:rPr>
        <w:t xml:space="preserve"> electronic </w:t>
      </w:r>
      <w:proofErr w:type="spellStart"/>
      <w:r w:rsidRPr="00733961">
        <w:rPr>
          <w:rFonts w:ascii="Times New Roman" w:hAnsi="Times New Roman" w:cs="Times New Roman"/>
        </w:rPr>
        <w:t>preliminar</w:t>
      </w:r>
      <w:proofErr w:type="spellEnd"/>
      <w:r w:rsidRPr="00733961">
        <w:rPr>
          <w:rFonts w:ascii="Times New Roman" w:hAnsi="Times New Roman" w:cs="Times New Roman"/>
        </w:rPr>
        <w:t xml:space="preserve"> al </w:t>
      </w:r>
      <w:proofErr w:type="spellStart"/>
      <w:r w:rsidRPr="00733961">
        <w:rPr>
          <w:rFonts w:ascii="Times New Roman" w:hAnsi="Times New Roman" w:cs="Times New Roman"/>
        </w:rPr>
        <w:t>proiectelor</w:t>
      </w:r>
      <w:proofErr w:type="spellEnd"/>
      <w:r w:rsidRPr="00733961">
        <w:rPr>
          <w:rFonts w:ascii="Times New Roman" w:hAnsi="Times New Roman" w:cs="Times New Roman"/>
        </w:rPr>
        <w:t xml:space="preserve"> GEF, care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include cel </w:t>
      </w:r>
      <w:proofErr w:type="spellStart"/>
      <w:r w:rsidRPr="00733961">
        <w:rPr>
          <w:rFonts w:ascii="Times New Roman" w:hAnsi="Times New Roman" w:cs="Times New Roman"/>
        </w:rPr>
        <w:t>puțin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denumirea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codul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proiectului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agenția</w:t>
      </w:r>
      <w:proofErr w:type="spellEnd"/>
      <w:r w:rsidRPr="00733961">
        <w:rPr>
          <w:rFonts w:ascii="Times New Roman" w:hAnsi="Times New Roman" w:cs="Times New Roman"/>
        </w:rPr>
        <w:t xml:space="preserve"> GEF, </w:t>
      </w:r>
      <w:proofErr w:type="spellStart"/>
      <w:r w:rsidRPr="00733961">
        <w:rPr>
          <w:rFonts w:ascii="Times New Roman" w:hAnsi="Times New Roman" w:cs="Times New Roman"/>
        </w:rPr>
        <w:t>entitatea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executare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domeniul</w:t>
      </w:r>
      <w:proofErr w:type="spellEnd"/>
      <w:r w:rsidRPr="00733961">
        <w:rPr>
          <w:rFonts w:ascii="Times New Roman" w:hAnsi="Times New Roman" w:cs="Times New Roman"/>
        </w:rPr>
        <w:t xml:space="preserve"> focal, </w:t>
      </w:r>
      <w:proofErr w:type="spellStart"/>
      <w:r w:rsidRPr="00733961">
        <w:rPr>
          <w:rFonts w:ascii="Times New Roman" w:hAnsi="Times New Roman" w:cs="Times New Roman"/>
        </w:rPr>
        <w:t>perioada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implementare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bugetul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aprobat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statutul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proiectului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acoperirea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geografică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documentele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disponibile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40ACC0D1" w14:textId="1417969F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Analiza </w:t>
      </w:r>
      <w:proofErr w:type="spellStart"/>
      <w:r w:rsidRPr="00733961">
        <w:rPr>
          <w:rFonts w:ascii="Times New Roman" w:hAnsi="Times New Roman" w:cs="Times New Roman"/>
        </w:rPr>
        <w:t>rapoartelor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progres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disponibile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perioada</w:t>
      </w:r>
      <w:proofErr w:type="spellEnd"/>
      <w:r w:rsidRPr="00733961">
        <w:rPr>
          <w:rFonts w:ascii="Times New Roman" w:hAnsi="Times New Roman" w:cs="Times New Roman"/>
        </w:rPr>
        <w:t xml:space="preserve"> 202</w:t>
      </w:r>
      <w:r w:rsidR="00394D74">
        <w:rPr>
          <w:rFonts w:ascii="Times New Roman" w:hAnsi="Times New Roman" w:cs="Times New Roman"/>
        </w:rPr>
        <w:t>0</w:t>
      </w:r>
      <w:r w:rsidRPr="00733961">
        <w:rPr>
          <w:rFonts w:ascii="Times New Roman" w:hAnsi="Times New Roman" w:cs="Times New Roman"/>
        </w:rPr>
        <w:t>-2025</w:t>
      </w:r>
      <w:r w:rsidR="006B0A70">
        <w:rPr>
          <w:rFonts w:ascii="Times New Roman" w:hAnsi="Times New Roman" w:cs="Times New Roman"/>
        </w:rPr>
        <w:t xml:space="preserve"> </w:t>
      </w:r>
      <w:proofErr w:type="spellStart"/>
      <w:r w:rsidR="006B0A70">
        <w:rPr>
          <w:rFonts w:ascii="Times New Roman" w:hAnsi="Times New Roman" w:cs="Times New Roman"/>
        </w:rPr>
        <w:t>pentru</w:t>
      </w:r>
      <w:proofErr w:type="spellEnd"/>
      <w:r w:rsidR="006B0A70">
        <w:rPr>
          <w:rFonts w:ascii="Times New Roman" w:hAnsi="Times New Roman" w:cs="Times New Roman"/>
        </w:rPr>
        <w:t xml:space="preserve"> GEF 7 </w:t>
      </w:r>
      <w:r w:rsidR="006B0A70">
        <w:rPr>
          <w:rFonts w:ascii="Times New Roman" w:hAnsi="Times New Roman" w:cs="Times New Roman"/>
          <w:lang w:val="ro-RO"/>
        </w:rPr>
        <w:t>și GEF 8</w:t>
      </w:r>
    </w:p>
    <w:p w14:paraId="3E6DF8B1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Analiza </w:t>
      </w:r>
      <w:proofErr w:type="spellStart"/>
      <w:r w:rsidRPr="00733961">
        <w:rPr>
          <w:rFonts w:ascii="Times New Roman" w:hAnsi="Times New Roman" w:cs="Times New Roman"/>
        </w:rPr>
        <w:t>documentelor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aprobate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disponibile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privind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activitățile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planificate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perioada</w:t>
      </w:r>
      <w:proofErr w:type="spellEnd"/>
      <w:r w:rsidRPr="00733961">
        <w:rPr>
          <w:rFonts w:ascii="Times New Roman" w:hAnsi="Times New Roman" w:cs="Times New Roman"/>
        </w:rPr>
        <w:t xml:space="preserve"> 2026-2028.</w:t>
      </w:r>
    </w:p>
    <w:p w14:paraId="1BEA6988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Pregătirea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matricei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documentelor</w:t>
      </w:r>
      <w:proofErr w:type="spellEnd"/>
      <w:r w:rsidRPr="00733961">
        <w:rPr>
          <w:rFonts w:ascii="Times New Roman" w:hAnsi="Times New Roman" w:cs="Times New Roman"/>
        </w:rPr>
        <w:t xml:space="preserve"> examinate,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disponibile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lipsă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aspectelor</w:t>
      </w:r>
      <w:proofErr w:type="spellEnd"/>
      <w:r w:rsidRPr="00733961">
        <w:rPr>
          <w:rFonts w:ascii="Times New Roman" w:hAnsi="Times New Roman" w:cs="Times New Roman"/>
        </w:rPr>
        <w:t xml:space="preserve"> care </w:t>
      </w:r>
      <w:proofErr w:type="spellStart"/>
      <w:r w:rsidRPr="00733961">
        <w:rPr>
          <w:rFonts w:ascii="Times New Roman" w:hAnsi="Times New Roman" w:cs="Times New Roman"/>
        </w:rPr>
        <w:t>necesită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clarificare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0ADF47F9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Elaborarea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proiectelor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chestionare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informaționale</w:t>
      </w:r>
      <w:proofErr w:type="spellEnd"/>
      <w:r w:rsidRPr="00733961">
        <w:rPr>
          <w:rFonts w:ascii="Times New Roman" w:hAnsi="Times New Roman" w:cs="Times New Roman"/>
        </w:rPr>
        <w:t xml:space="preserve"> simple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entitățile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implementare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un </w:t>
      </w:r>
      <w:proofErr w:type="spellStart"/>
      <w:r w:rsidRPr="00733961">
        <w:rPr>
          <w:rFonts w:ascii="Times New Roman" w:hAnsi="Times New Roman" w:cs="Times New Roman"/>
        </w:rPr>
        <w:t>eșantion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limitat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beneficiari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finali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fără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transformarea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acestora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instrumente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evaluare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32D8CC76" w14:textId="4AB32BF0" w:rsidR="0040757A" w:rsidRPr="00733961" w:rsidRDefault="004316AA">
      <w:pPr>
        <w:pStyle w:val="Titlu2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5.2. </w:t>
      </w:r>
      <w:proofErr w:type="spellStart"/>
      <w:r w:rsidR="00394D74">
        <w:rPr>
          <w:rFonts w:ascii="Times New Roman" w:hAnsi="Times New Roman" w:cs="Times New Roman"/>
        </w:rPr>
        <w:t>Octombrie</w:t>
      </w:r>
      <w:proofErr w:type="spellEnd"/>
      <w:r w:rsidR="00394D74">
        <w:rPr>
          <w:rFonts w:ascii="Times New Roman" w:hAnsi="Times New Roman" w:cs="Times New Roman"/>
        </w:rPr>
        <w:t xml:space="preserve"> 2026</w:t>
      </w:r>
      <w:r w:rsidRPr="00733961">
        <w:rPr>
          <w:rFonts w:ascii="Times New Roman" w:hAnsi="Times New Roman" w:cs="Times New Roman"/>
        </w:rPr>
        <w:t xml:space="preserve"> - </w:t>
      </w:r>
      <w:proofErr w:type="spellStart"/>
      <w:r w:rsidRPr="00733961">
        <w:rPr>
          <w:rFonts w:ascii="Times New Roman" w:hAnsi="Times New Roman" w:cs="Times New Roman"/>
        </w:rPr>
        <w:t>consolidarea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</w:p>
    <w:p w14:paraId="42289CC4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Extragerea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agregarea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sistematizarea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indicatorilor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progres</w:t>
      </w:r>
      <w:proofErr w:type="spellEnd"/>
      <w:r w:rsidRPr="00733961">
        <w:rPr>
          <w:rFonts w:ascii="Times New Roman" w:hAnsi="Times New Roman" w:cs="Times New Roman"/>
        </w:rPr>
        <w:t xml:space="preserve"> și de </w:t>
      </w:r>
      <w:proofErr w:type="spellStart"/>
      <w:r w:rsidRPr="00733961">
        <w:rPr>
          <w:rFonts w:ascii="Times New Roman" w:hAnsi="Times New Roman" w:cs="Times New Roman"/>
        </w:rPr>
        <w:t>rezultate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raportați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proiectele</w:t>
      </w:r>
      <w:proofErr w:type="spellEnd"/>
      <w:r w:rsidRPr="00733961">
        <w:rPr>
          <w:rFonts w:ascii="Times New Roman" w:hAnsi="Times New Roman" w:cs="Times New Roman"/>
        </w:rPr>
        <w:t xml:space="preserve"> GEF.</w:t>
      </w:r>
    </w:p>
    <w:p w14:paraId="2B12D323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lastRenderedPageBreak/>
        <w:t>Sistematizarea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indicatorilor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planificați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activitățile</w:t>
      </w:r>
      <w:proofErr w:type="spellEnd"/>
      <w:r w:rsidRPr="00733961">
        <w:rPr>
          <w:rFonts w:ascii="Times New Roman" w:hAnsi="Times New Roman" w:cs="Times New Roman"/>
        </w:rPr>
        <w:t xml:space="preserve"> din </w:t>
      </w:r>
      <w:proofErr w:type="spellStart"/>
      <w:r w:rsidRPr="00733961">
        <w:rPr>
          <w:rFonts w:ascii="Times New Roman" w:hAnsi="Times New Roman" w:cs="Times New Roman"/>
        </w:rPr>
        <w:t>perioada</w:t>
      </w:r>
      <w:proofErr w:type="spellEnd"/>
      <w:r w:rsidRPr="00733961">
        <w:rPr>
          <w:rFonts w:ascii="Times New Roman" w:hAnsi="Times New Roman" w:cs="Times New Roman"/>
        </w:rPr>
        <w:t xml:space="preserve"> 2026-2028.</w:t>
      </w:r>
    </w:p>
    <w:p w14:paraId="0C3AA795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Pregătirea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bazei</w:t>
      </w:r>
      <w:proofErr w:type="spellEnd"/>
      <w:r w:rsidRPr="00733961">
        <w:rPr>
          <w:rFonts w:ascii="Times New Roman" w:hAnsi="Times New Roman" w:cs="Times New Roman"/>
        </w:rPr>
        <w:t xml:space="preserve"> consolidate </w:t>
      </w:r>
      <w:proofErr w:type="gramStart"/>
      <w:r w:rsidRPr="00733961">
        <w:rPr>
          <w:rFonts w:ascii="Times New Roman" w:hAnsi="Times New Roman" w:cs="Times New Roman"/>
        </w:rPr>
        <w:t>a</w:t>
      </w:r>
      <w:proofErr w:type="gram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indicatorilor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structurată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după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agenție</w:t>
      </w:r>
      <w:proofErr w:type="spellEnd"/>
      <w:r w:rsidRPr="00733961">
        <w:rPr>
          <w:rFonts w:ascii="Times New Roman" w:hAnsi="Times New Roman" w:cs="Times New Roman"/>
        </w:rPr>
        <w:t xml:space="preserve"> GEF, </w:t>
      </w:r>
      <w:proofErr w:type="spellStart"/>
      <w:r w:rsidRPr="00733961">
        <w:rPr>
          <w:rFonts w:ascii="Times New Roman" w:hAnsi="Times New Roman" w:cs="Times New Roman"/>
        </w:rPr>
        <w:t>domeniu</w:t>
      </w:r>
      <w:proofErr w:type="spellEnd"/>
      <w:r w:rsidRPr="00733961">
        <w:rPr>
          <w:rFonts w:ascii="Times New Roman" w:hAnsi="Times New Roman" w:cs="Times New Roman"/>
        </w:rPr>
        <w:t xml:space="preserve"> focal, indicator, </w:t>
      </w:r>
      <w:proofErr w:type="spellStart"/>
      <w:r w:rsidRPr="00733961">
        <w:rPr>
          <w:rFonts w:ascii="Times New Roman" w:hAnsi="Times New Roman" w:cs="Times New Roman"/>
        </w:rPr>
        <w:t>valoare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planificată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valoare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raportată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perioadă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sursă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413BA5A4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Consolidarea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disponibile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privind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beneficiarii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finali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tipurile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sprijin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granturile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subvențiile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alte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forme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suport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distribuția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geografică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intervențiile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realizate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planificate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284E6C5B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Examinarea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clasificarea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sistematizarea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dificultăților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blocajelor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raportate</w:t>
      </w:r>
      <w:proofErr w:type="spellEnd"/>
      <w:r w:rsidRPr="00733961">
        <w:rPr>
          <w:rFonts w:ascii="Times New Roman" w:hAnsi="Times New Roman" w:cs="Times New Roman"/>
        </w:rPr>
        <w:t xml:space="preserve"> de proiecte.</w:t>
      </w:r>
    </w:p>
    <w:p w14:paraId="639FA87D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Sistematizarea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lecțiilor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învățate</w:t>
      </w:r>
      <w:proofErr w:type="spellEnd"/>
      <w:r w:rsidRPr="00733961">
        <w:rPr>
          <w:rFonts w:ascii="Times New Roman" w:hAnsi="Times New Roman" w:cs="Times New Roman"/>
        </w:rPr>
        <w:t xml:space="preserve"> și a </w:t>
      </w:r>
      <w:proofErr w:type="spellStart"/>
      <w:r w:rsidRPr="00733961">
        <w:rPr>
          <w:rFonts w:ascii="Times New Roman" w:hAnsi="Times New Roman" w:cs="Times New Roman"/>
        </w:rPr>
        <w:t>bunelor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practici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identificate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documentele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existente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7F0F9D8C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Pregătirea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notelor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clarificare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agențiile</w:t>
      </w:r>
      <w:proofErr w:type="spellEnd"/>
      <w:r w:rsidRPr="00733961">
        <w:rPr>
          <w:rFonts w:ascii="Times New Roman" w:hAnsi="Times New Roman" w:cs="Times New Roman"/>
        </w:rPr>
        <w:t xml:space="preserve"> GEF și </w:t>
      </w:r>
      <w:proofErr w:type="spellStart"/>
      <w:r w:rsidRPr="00733961">
        <w:rPr>
          <w:rFonts w:ascii="Times New Roman" w:hAnsi="Times New Roman" w:cs="Times New Roman"/>
        </w:rPr>
        <w:t>entitățile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executare</w:t>
      </w:r>
      <w:proofErr w:type="spellEnd"/>
      <w:r w:rsidRPr="00733961">
        <w:rPr>
          <w:rFonts w:ascii="Times New Roman" w:hAnsi="Times New Roman" w:cs="Times New Roman"/>
        </w:rPr>
        <w:t xml:space="preserve">, pe </w:t>
      </w:r>
      <w:proofErr w:type="spellStart"/>
      <w:r w:rsidRPr="00733961">
        <w:rPr>
          <w:rFonts w:ascii="Times New Roman" w:hAnsi="Times New Roman" w:cs="Times New Roman"/>
        </w:rPr>
        <w:t>baza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lipsă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neuniforme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contradictorii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151BF168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Participarea</w:t>
      </w:r>
      <w:proofErr w:type="spellEnd"/>
      <w:r w:rsidRPr="00733961">
        <w:rPr>
          <w:rFonts w:ascii="Times New Roman" w:hAnsi="Times New Roman" w:cs="Times New Roman"/>
        </w:rPr>
        <w:t xml:space="preserve">, la </w:t>
      </w:r>
      <w:proofErr w:type="spellStart"/>
      <w:r w:rsidRPr="00733961">
        <w:rPr>
          <w:rFonts w:ascii="Times New Roman" w:hAnsi="Times New Roman" w:cs="Times New Roman"/>
        </w:rPr>
        <w:t>solicitarea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Ministerului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, la </w:t>
      </w:r>
      <w:proofErr w:type="spellStart"/>
      <w:r w:rsidRPr="00733961">
        <w:rPr>
          <w:rFonts w:ascii="Times New Roman" w:hAnsi="Times New Roman" w:cs="Times New Roman"/>
        </w:rPr>
        <w:t>ședințele</w:t>
      </w:r>
      <w:proofErr w:type="spellEnd"/>
      <w:r w:rsidRPr="00733961">
        <w:rPr>
          <w:rFonts w:ascii="Times New Roman" w:hAnsi="Times New Roman" w:cs="Times New Roman"/>
        </w:rPr>
        <w:t xml:space="preserve"> tehnice de </w:t>
      </w:r>
      <w:proofErr w:type="spellStart"/>
      <w:r w:rsidRPr="00733961">
        <w:rPr>
          <w:rFonts w:ascii="Times New Roman" w:hAnsi="Times New Roman" w:cs="Times New Roman"/>
        </w:rPr>
        <w:t>clarificare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gramStart"/>
      <w:r w:rsidRPr="00733961">
        <w:rPr>
          <w:rFonts w:ascii="Times New Roman" w:hAnsi="Times New Roman" w:cs="Times New Roman"/>
        </w:rPr>
        <w:t>a</w:t>
      </w:r>
      <w:proofErr w:type="gram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 xml:space="preserve">. </w:t>
      </w:r>
      <w:proofErr w:type="spellStart"/>
      <w:r w:rsidRPr="00733961">
        <w:rPr>
          <w:rFonts w:ascii="Times New Roman" w:hAnsi="Times New Roman" w:cs="Times New Roman"/>
        </w:rPr>
        <w:t>Participarea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viza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conținutul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analitic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fără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responsabilități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organizare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logistică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6C08EBD5" w14:textId="398A0D2D" w:rsidR="0040757A" w:rsidRPr="00733961" w:rsidRDefault="004316AA">
      <w:pPr>
        <w:pStyle w:val="Titlu2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5.3. </w:t>
      </w:r>
      <w:proofErr w:type="spellStart"/>
      <w:r w:rsidR="00394D74">
        <w:rPr>
          <w:rFonts w:ascii="Times New Roman" w:hAnsi="Times New Roman" w:cs="Times New Roman"/>
        </w:rPr>
        <w:t>Noiemberie</w:t>
      </w:r>
      <w:proofErr w:type="spellEnd"/>
      <w:r w:rsidR="00394D74">
        <w:rPr>
          <w:rFonts w:ascii="Times New Roman" w:hAnsi="Times New Roman" w:cs="Times New Roman"/>
        </w:rPr>
        <w:t xml:space="preserve"> 2026</w:t>
      </w:r>
      <w:r w:rsidRPr="00733961">
        <w:rPr>
          <w:rFonts w:ascii="Times New Roman" w:hAnsi="Times New Roman" w:cs="Times New Roman"/>
        </w:rPr>
        <w:t xml:space="preserve"> - </w:t>
      </w:r>
      <w:proofErr w:type="spellStart"/>
      <w:r w:rsidRPr="00733961">
        <w:rPr>
          <w:rFonts w:ascii="Times New Roman" w:hAnsi="Times New Roman" w:cs="Times New Roman"/>
        </w:rPr>
        <w:t>finalizarea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produselor</w:t>
      </w:r>
      <w:proofErr w:type="spellEnd"/>
    </w:p>
    <w:p w14:paraId="2D4C4E67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Revizuirea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completarea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bazelor</w:t>
      </w:r>
      <w:proofErr w:type="spellEnd"/>
      <w:r w:rsidRPr="00733961">
        <w:rPr>
          <w:rFonts w:ascii="Times New Roman" w:hAnsi="Times New Roman" w:cs="Times New Roman"/>
        </w:rPr>
        <w:t xml:space="preserve"> de date pe </w:t>
      </w:r>
      <w:proofErr w:type="spellStart"/>
      <w:r w:rsidRPr="00733961">
        <w:rPr>
          <w:rFonts w:ascii="Times New Roman" w:hAnsi="Times New Roman" w:cs="Times New Roman"/>
        </w:rPr>
        <w:t>baza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clarificărilor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confirmate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agențiile</w:t>
      </w:r>
      <w:proofErr w:type="spellEnd"/>
      <w:r w:rsidRPr="00733961">
        <w:rPr>
          <w:rFonts w:ascii="Times New Roman" w:hAnsi="Times New Roman" w:cs="Times New Roman"/>
        </w:rPr>
        <w:t xml:space="preserve"> GEF și </w:t>
      </w:r>
      <w:proofErr w:type="spellStart"/>
      <w:r w:rsidRPr="00733961">
        <w:rPr>
          <w:rFonts w:ascii="Times New Roman" w:hAnsi="Times New Roman" w:cs="Times New Roman"/>
        </w:rPr>
        <w:t>entitățile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executare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6368A15A" w14:textId="737E2A1F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Pregătirea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analizei</w:t>
      </w:r>
      <w:proofErr w:type="spellEnd"/>
      <w:r w:rsidRPr="00733961">
        <w:rPr>
          <w:rFonts w:ascii="Times New Roman" w:hAnsi="Times New Roman" w:cs="Times New Roman"/>
        </w:rPr>
        <w:t xml:space="preserve"> consolidate </w:t>
      </w:r>
      <w:proofErr w:type="spellStart"/>
      <w:r w:rsidRPr="00733961">
        <w:rPr>
          <w:rFonts w:ascii="Times New Roman" w:hAnsi="Times New Roman" w:cs="Times New Roman"/>
        </w:rPr>
        <w:t>privind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progresul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portofoliului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perioada</w:t>
      </w:r>
      <w:proofErr w:type="spellEnd"/>
      <w:r w:rsidRPr="00733961">
        <w:rPr>
          <w:rFonts w:ascii="Times New Roman" w:hAnsi="Times New Roman" w:cs="Times New Roman"/>
        </w:rPr>
        <w:t xml:space="preserve"> 202</w:t>
      </w:r>
      <w:r w:rsidR="00394D74">
        <w:rPr>
          <w:rFonts w:ascii="Times New Roman" w:hAnsi="Times New Roman" w:cs="Times New Roman"/>
        </w:rPr>
        <w:t>0</w:t>
      </w:r>
      <w:r w:rsidRPr="00733961">
        <w:rPr>
          <w:rFonts w:ascii="Times New Roman" w:hAnsi="Times New Roman" w:cs="Times New Roman"/>
        </w:rPr>
        <w:t xml:space="preserve">-2025, </w:t>
      </w:r>
      <w:proofErr w:type="spellStart"/>
      <w:r w:rsidRPr="00733961">
        <w:rPr>
          <w:rFonts w:ascii="Times New Roman" w:hAnsi="Times New Roman" w:cs="Times New Roman"/>
        </w:rPr>
        <w:t>rezultatele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raportate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activitățile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planificate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2026-2028, </w:t>
      </w:r>
      <w:proofErr w:type="spellStart"/>
      <w:r w:rsidRPr="00733961">
        <w:rPr>
          <w:rFonts w:ascii="Times New Roman" w:hAnsi="Times New Roman" w:cs="Times New Roman"/>
        </w:rPr>
        <w:t>beneficiarii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acoperirea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intervențiilor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dificultățile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lecțiile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învățate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4002F507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Identificarea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unui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număr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limitat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istorii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succes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reprezentative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exclusiv</w:t>
      </w:r>
      <w:proofErr w:type="spellEnd"/>
      <w:r w:rsidRPr="00733961">
        <w:rPr>
          <w:rFonts w:ascii="Times New Roman" w:hAnsi="Times New Roman" w:cs="Times New Roman"/>
        </w:rPr>
        <w:t xml:space="preserve"> pe </w:t>
      </w:r>
      <w:proofErr w:type="spellStart"/>
      <w:r w:rsidRPr="00733961">
        <w:rPr>
          <w:rFonts w:ascii="Times New Roman" w:hAnsi="Times New Roman" w:cs="Times New Roman"/>
        </w:rPr>
        <w:t>baza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documentelor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existente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gramStart"/>
      <w:r w:rsidRPr="00733961">
        <w:rPr>
          <w:rFonts w:ascii="Times New Roman" w:hAnsi="Times New Roman" w:cs="Times New Roman"/>
        </w:rPr>
        <w:t>a</w:t>
      </w:r>
      <w:proofErr w:type="gram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confirmate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4C7EE6A2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Elaborarea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materialelor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informaționale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scurte</w:t>
      </w:r>
      <w:proofErr w:type="spellEnd"/>
      <w:r w:rsidRPr="00733961">
        <w:rPr>
          <w:rFonts w:ascii="Times New Roman" w:hAnsi="Times New Roman" w:cs="Times New Roman"/>
        </w:rPr>
        <w:t xml:space="preserve">, cu </w:t>
      </w:r>
      <w:proofErr w:type="spellStart"/>
      <w:r w:rsidRPr="00733961">
        <w:rPr>
          <w:rFonts w:ascii="Times New Roman" w:hAnsi="Times New Roman" w:cs="Times New Roman"/>
        </w:rPr>
        <w:t>caracter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nepromoțional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istoriile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succes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selectate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3B62AD91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Elaborarea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unei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matrice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urmărire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portofoliului</w:t>
      </w:r>
      <w:proofErr w:type="spellEnd"/>
      <w:r w:rsidRPr="00733961">
        <w:rPr>
          <w:rFonts w:ascii="Times New Roman" w:hAnsi="Times New Roman" w:cs="Times New Roman"/>
        </w:rPr>
        <w:t xml:space="preserve"> care </w:t>
      </w:r>
      <w:proofErr w:type="spellStart"/>
      <w:r w:rsidRPr="00733961">
        <w:rPr>
          <w:rFonts w:ascii="Times New Roman" w:hAnsi="Times New Roman" w:cs="Times New Roman"/>
        </w:rPr>
        <w:t>să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poată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actualizată</w:t>
      </w:r>
      <w:proofErr w:type="spellEnd"/>
      <w:r w:rsidRPr="00733961">
        <w:rPr>
          <w:rFonts w:ascii="Times New Roman" w:hAnsi="Times New Roman" w:cs="Times New Roman"/>
        </w:rPr>
        <w:t xml:space="preserve"> ulterior de </w:t>
      </w:r>
      <w:proofErr w:type="spellStart"/>
      <w:r w:rsidRPr="00733961">
        <w:rPr>
          <w:rFonts w:ascii="Times New Roman" w:hAnsi="Times New Roman" w:cs="Times New Roman"/>
        </w:rPr>
        <w:t>Ministerul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 și ONIPM.</w:t>
      </w:r>
    </w:p>
    <w:p w14:paraId="53A96FE9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Pregătirea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unei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prezentări</w:t>
      </w:r>
      <w:proofErr w:type="spellEnd"/>
      <w:r w:rsidRPr="00733961">
        <w:rPr>
          <w:rFonts w:ascii="Times New Roman" w:hAnsi="Times New Roman" w:cs="Times New Roman"/>
        </w:rPr>
        <w:t xml:space="preserve"> PowerPoint cu </w:t>
      </w:r>
      <w:proofErr w:type="spellStart"/>
      <w:r w:rsidRPr="00733961">
        <w:rPr>
          <w:rFonts w:ascii="Times New Roman" w:hAnsi="Times New Roman" w:cs="Times New Roman"/>
        </w:rPr>
        <w:t>principalele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constatări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privind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portofoliul</w:t>
      </w:r>
      <w:proofErr w:type="spellEnd"/>
      <w:r w:rsidRPr="00733961">
        <w:rPr>
          <w:rFonts w:ascii="Times New Roman" w:hAnsi="Times New Roman" w:cs="Times New Roman"/>
        </w:rPr>
        <w:t xml:space="preserve"> GEF.</w:t>
      </w:r>
    </w:p>
    <w:p w14:paraId="26372E7D" w14:textId="77777777" w:rsidR="0040757A" w:rsidRPr="00733961" w:rsidRDefault="004316AA">
      <w:pPr>
        <w:pStyle w:val="Listnumerotat"/>
        <w:spacing w:after="80"/>
        <w:ind w:left="461" w:hanging="317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Prezentarea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produselor</w:t>
      </w:r>
      <w:proofErr w:type="spellEnd"/>
      <w:r w:rsidRPr="00733961">
        <w:rPr>
          <w:rFonts w:ascii="Times New Roman" w:hAnsi="Times New Roman" w:cs="Times New Roman"/>
        </w:rPr>
        <w:t xml:space="preserve"> finale </w:t>
      </w:r>
      <w:proofErr w:type="spellStart"/>
      <w:r w:rsidRPr="00733961">
        <w:rPr>
          <w:rFonts w:ascii="Times New Roman" w:hAnsi="Times New Roman" w:cs="Times New Roman"/>
        </w:rPr>
        <w:t>Ministerului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 și ONIPM, </w:t>
      </w:r>
      <w:proofErr w:type="spellStart"/>
      <w:r w:rsidRPr="00733961">
        <w:rPr>
          <w:rFonts w:ascii="Times New Roman" w:hAnsi="Times New Roman" w:cs="Times New Roman"/>
        </w:rPr>
        <w:t>integrarea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observațiilor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transmiterea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versiunilor</w:t>
      </w:r>
      <w:proofErr w:type="spellEnd"/>
      <w:r w:rsidRPr="00733961">
        <w:rPr>
          <w:rFonts w:ascii="Times New Roman" w:hAnsi="Times New Roman" w:cs="Times New Roman"/>
        </w:rPr>
        <w:t xml:space="preserve"> finale.</w:t>
      </w:r>
    </w:p>
    <w:p w14:paraId="2DFF3A04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t>6. LIVRABILE ȘI CALENDAR</w:t>
      </w:r>
    </w:p>
    <w:tbl>
      <w:tblPr>
        <w:tblStyle w:val="Tabelgril"/>
        <w:tblW w:w="8784" w:type="dxa"/>
        <w:jc w:val="center"/>
        <w:tblLayout w:type="fixed"/>
        <w:tblLook w:val="04A0" w:firstRow="1" w:lastRow="0" w:firstColumn="1" w:lastColumn="0" w:noHBand="0" w:noVBand="1"/>
      </w:tblPr>
      <w:tblGrid>
        <w:gridCol w:w="504"/>
        <w:gridCol w:w="1800"/>
        <w:gridCol w:w="4320"/>
        <w:gridCol w:w="1368"/>
        <w:gridCol w:w="792"/>
      </w:tblGrid>
      <w:tr w:rsidR="0040757A" w:rsidRPr="00733961" w14:paraId="1A80BDF9" w14:textId="77777777">
        <w:trPr>
          <w:tblHeader/>
          <w:jc w:val="center"/>
        </w:trPr>
        <w:tc>
          <w:tcPr>
            <w:tcW w:w="503" w:type="dxa"/>
            <w:shd w:val="clear" w:color="auto" w:fill="2F75B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36185AB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b/>
                <w:color w:val="FFFFFF"/>
                <w:sz w:val="18"/>
              </w:rPr>
              <w:t>Nr.</w:t>
            </w:r>
          </w:p>
        </w:tc>
        <w:tc>
          <w:tcPr>
            <w:tcW w:w="1800" w:type="dxa"/>
            <w:shd w:val="clear" w:color="auto" w:fill="2F75B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F51BF46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b/>
                <w:color w:val="FFFFFF"/>
                <w:sz w:val="18"/>
              </w:rPr>
              <w:t>Livrabil</w:t>
            </w:r>
            <w:proofErr w:type="spellEnd"/>
          </w:p>
        </w:tc>
        <w:tc>
          <w:tcPr>
            <w:tcW w:w="4320" w:type="dxa"/>
            <w:shd w:val="clear" w:color="auto" w:fill="2F75B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E23A537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b/>
                <w:color w:val="FFFFFF"/>
                <w:sz w:val="18"/>
              </w:rPr>
              <w:t>Conținut</w:t>
            </w:r>
            <w:proofErr w:type="spellEnd"/>
            <w:r w:rsidRPr="00733961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 minim</w:t>
            </w:r>
          </w:p>
        </w:tc>
        <w:tc>
          <w:tcPr>
            <w:tcW w:w="1368" w:type="dxa"/>
            <w:shd w:val="clear" w:color="auto" w:fill="2F75B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85FF13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b/>
                <w:color w:val="FFFFFF"/>
                <w:sz w:val="18"/>
              </w:rPr>
              <w:t>Termen</w:t>
            </w:r>
          </w:p>
        </w:tc>
        <w:tc>
          <w:tcPr>
            <w:tcW w:w="792" w:type="dxa"/>
            <w:shd w:val="clear" w:color="auto" w:fill="2F75B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9782C6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b/>
                <w:color w:val="FFFFFF"/>
                <w:sz w:val="18"/>
              </w:rPr>
              <w:t>Plată</w:t>
            </w:r>
            <w:proofErr w:type="spellEnd"/>
          </w:p>
        </w:tc>
      </w:tr>
      <w:tr w:rsidR="0040757A" w:rsidRPr="00733961" w14:paraId="719FAEA5" w14:textId="77777777">
        <w:trPr>
          <w:jc w:val="center"/>
        </w:trPr>
        <w:tc>
          <w:tcPr>
            <w:tcW w:w="50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804BD57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8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E0A22C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Raport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inițial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și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registru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preliminar</w:t>
            </w:r>
            <w:proofErr w:type="spellEnd"/>
          </w:p>
        </w:tc>
        <w:tc>
          <w:tcPr>
            <w:tcW w:w="432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BA5D94" w14:textId="0BB62C0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 xml:space="preserve">Plan de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lucru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metodologie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registrul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preliminar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al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proiectelor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="00D91D95" w:rsidRPr="00D91D95">
              <w:rPr>
                <w:rFonts w:ascii="Times New Roman" w:hAnsi="Times New Roman" w:cs="Times New Roman"/>
                <w:sz w:val="18"/>
              </w:rPr>
              <w:t>colectarea</w:t>
            </w:r>
            <w:proofErr w:type="spellEnd"/>
            <w:r w:rsidR="00D91D95" w:rsidRPr="00D91D95">
              <w:rPr>
                <w:rFonts w:ascii="Times New Roman" w:hAnsi="Times New Roman" w:cs="Times New Roman"/>
                <w:sz w:val="18"/>
              </w:rPr>
              <w:t xml:space="preserve"> și </w:t>
            </w:r>
            <w:proofErr w:type="spellStart"/>
            <w:r w:rsidR="00D91D95" w:rsidRPr="00D91D95">
              <w:rPr>
                <w:rFonts w:ascii="Times New Roman" w:hAnsi="Times New Roman" w:cs="Times New Roman"/>
                <w:sz w:val="18"/>
              </w:rPr>
              <w:t>analiza</w:t>
            </w:r>
            <w:proofErr w:type="spellEnd"/>
            <w:r w:rsidR="00D91D95" w:rsidRPr="00D91D95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="00D91D95" w:rsidRPr="00D91D95">
              <w:rPr>
                <w:rFonts w:ascii="Times New Roman" w:hAnsi="Times New Roman" w:cs="Times New Roman"/>
                <w:sz w:val="18"/>
              </w:rPr>
              <w:t>informațiilor</w:t>
            </w:r>
            <w:proofErr w:type="spellEnd"/>
            <w:r w:rsidR="00D91D95" w:rsidRPr="00D91D95">
              <w:rPr>
                <w:rFonts w:ascii="Times New Roman" w:hAnsi="Times New Roman" w:cs="Times New Roman"/>
                <w:sz w:val="18"/>
              </w:rPr>
              <w:t xml:space="preserve"> și </w:t>
            </w:r>
            <w:proofErr w:type="spellStart"/>
            <w:r w:rsidR="00D91D95" w:rsidRPr="00D91D95">
              <w:rPr>
                <w:rFonts w:ascii="Times New Roman" w:hAnsi="Times New Roman" w:cs="Times New Roman"/>
                <w:sz w:val="18"/>
              </w:rPr>
              <w:t>documentelor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matricea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informațiilor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lipsă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proiectele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chestionarelor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136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A4F0AD" w14:textId="42860042" w:rsidR="0040757A" w:rsidRPr="00733961" w:rsidRDefault="00394D74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15.10.2026</w:t>
            </w:r>
          </w:p>
        </w:tc>
        <w:tc>
          <w:tcPr>
            <w:tcW w:w="79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6B1E4B5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20%</w:t>
            </w:r>
          </w:p>
        </w:tc>
      </w:tr>
      <w:tr w:rsidR="0040757A" w:rsidRPr="00733961" w14:paraId="019873AC" w14:textId="77777777">
        <w:trPr>
          <w:jc w:val="center"/>
        </w:trPr>
        <w:tc>
          <w:tcPr>
            <w:tcW w:w="50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FBE74E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8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BE55C72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Raport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intermediar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și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baze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consolidate</w:t>
            </w:r>
          </w:p>
        </w:tc>
        <w:tc>
          <w:tcPr>
            <w:tcW w:w="432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9187BB3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 xml:space="preserve">Baza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indicatorilor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tabelul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beneficiarilor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și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tipurilor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de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sprijin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sinteza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acoperirii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geografice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matricea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dificultăților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sinteza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preliminară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a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lecțiilor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notele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de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clarificare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chestionarele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definitivate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136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4E464A" w14:textId="7E7AB4B3" w:rsidR="0040757A" w:rsidRPr="00733961" w:rsidRDefault="00394D74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30.10.2026</w:t>
            </w:r>
          </w:p>
        </w:tc>
        <w:tc>
          <w:tcPr>
            <w:tcW w:w="79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4EB4A90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35%</w:t>
            </w:r>
          </w:p>
        </w:tc>
      </w:tr>
      <w:tr w:rsidR="0040757A" w:rsidRPr="00733961" w14:paraId="72838732" w14:textId="77777777">
        <w:trPr>
          <w:jc w:val="center"/>
        </w:trPr>
        <w:tc>
          <w:tcPr>
            <w:tcW w:w="503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09A3C9D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80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14368A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Pachetul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final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privind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portofoliul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GEF</w:t>
            </w:r>
          </w:p>
        </w:tc>
        <w:tc>
          <w:tcPr>
            <w:tcW w:w="432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A7D39D4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Raport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consolidat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registrul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final;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bazele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finale ale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indicatorilor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și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beneficiarilor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sinteza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dificultăților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și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lecțiilor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matricea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activităților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2026-2028;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matricea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de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urmărire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chestionarele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istorii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de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succes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prezentarea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PowerPoint;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rezumat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executiv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de maximum 5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pagini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>.</w:t>
            </w:r>
          </w:p>
        </w:tc>
        <w:tc>
          <w:tcPr>
            <w:tcW w:w="1368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2050DC" w14:textId="4C9E2EA6" w:rsidR="0040757A" w:rsidRPr="00733961" w:rsidRDefault="00394D74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</w:rPr>
              <w:t>15.11.-30.11.2026</w:t>
            </w:r>
          </w:p>
        </w:tc>
        <w:tc>
          <w:tcPr>
            <w:tcW w:w="79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FCACF68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45%</w:t>
            </w:r>
          </w:p>
        </w:tc>
      </w:tr>
    </w:tbl>
    <w:p w14:paraId="3AE66EC4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Toate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livrabilele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vor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prezentate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limba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română</w:t>
      </w:r>
      <w:proofErr w:type="spellEnd"/>
      <w:r w:rsidRPr="00733961">
        <w:rPr>
          <w:rFonts w:ascii="Times New Roman" w:hAnsi="Times New Roman" w:cs="Times New Roman"/>
        </w:rPr>
        <w:t xml:space="preserve">, în format electronic </w:t>
      </w:r>
      <w:proofErr w:type="spellStart"/>
      <w:r w:rsidRPr="00733961">
        <w:rPr>
          <w:rFonts w:ascii="Times New Roman" w:hAnsi="Times New Roman" w:cs="Times New Roman"/>
        </w:rPr>
        <w:t>editabil</w:t>
      </w:r>
      <w:proofErr w:type="spellEnd"/>
      <w:r w:rsidRPr="00733961">
        <w:rPr>
          <w:rFonts w:ascii="Times New Roman" w:hAnsi="Times New Roman" w:cs="Times New Roman"/>
        </w:rPr>
        <w:t xml:space="preserve"> (Word/Excel/PowerPoint, </w:t>
      </w:r>
      <w:proofErr w:type="spellStart"/>
      <w:r w:rsidRPr="00733961">
        <w:rPr>
          <w:rFonts w:ascii="Times New Roman" w:hAnsi="Times New Roman" w:cs="Times New Roman"/>
        </w:rPr>
        <w:t>după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caz</w:t>
      </w:r>
      <w:proofErr w:type="spellEnd"/>
      <w:r w:rsidRPr="00733961">
        <w:rPr>
          <w:rFonts w:ascii="Times New Roman" w:hAnsi="Times New Roman" w:cs="Times New Roman"/>
        </w:rPr>
        <w:t xml:space="preserve">) și PDF. </w:t>
      </w:r>
      <w:proofErr w:type="spellStart"/>
      <w:r w:rsidRPr="00733961">
        <w:rPr>
          <w:rFonts w:ascii="Times New Roman" w:hAnsi="Times New Roman" w:cs="Times New Roman"/>
        </w:rPr>
        <w:t>Bazele</w:t>
      </w:r>
      <w:proofErr w:type="spellEnd"/>
      <w:r w:rsidRPr="00733961">
        <w:rPr>
          <w:rFonts w:ascii="Times New Roman" w:hAnsi="Times New Roman" w:cs="Times New Roman"/>
        </w:rPr>
        <w:t xml:space="preserve"> de date și </w:t>
      </w:r>
      <w:proofErr w:type="spellStart"/>
      <w:r w:rsidRPr="00733961">
        <w:rPr>
          <w:rFonts w:ascii="Times New Roman" w:hAnsi="Times New Roman" w:cs="Times New Roman"/>
        </w:rPr>
        <w:t>matricile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vor</w:t>
      </w:r>
      <w:proofErr w:type="spellEnd"/>
      <w:r w:rsidRPr="00733961">
        <w:rPr>
          <w:rFonts w:ascii="Times New Roman" w:hAnsi="Times New Roman" w:cs="Times New Roman"/>
        </w:rPr>
        <w:t xml:space="preserve"> fi predate în format Excel </w:t>
      </w:r>
      <w:proofErr w:type="spellStart"/>
      <w:r w:rsidRPr="00733961">
        <w:rPr>
          <w:rFonts w:ascii="Times New Roman" w:hAnsi="Times New Roman" w:cs="Times New Roman"/>
        </w:rPr>
        <w:t>editabil</w:t>
      </w:r>
      <w:proofErr w:type="spellEnd"/>
      <w:r w:rsidRPr="00733961">
        <w:rPr>
          <w:rFonts w:ascii="Times New Roman" w:hAnsi="Times New Roman" w:cs="Times New Roman"/>
        </w:rPr>
        <w:t xml:space="preserve">. </w:t>
      </w:r>
      <w:proofErr w:type="spellStart"/>
      <w:r w:rsidRPr="00733961">
        <w:rPr>
          <w:rFonts w:ascii="Times New Roman" w:hAnsi="Times New Roman" w:cs="Times New Roman"/>
        </w:rPr>
        <w:t>Documentele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vor</w:t>
      </w:r>
      <w:proofErr w:type="spellEnd"/>
      <w:r w:rsidRPr="00733961">
        <w:rPr>
          <w:rFonts w:ascii="Times New Roman" w:hAnsi="Times New Roman" w:cs="Times New Roman"/>
        </w:rPr>
        <w:t xml:space="preserve"> include </w:t>
      </w:r>
      <w:proofErr w:type="spellStart"/>
      <w:r w:rsidRPr="00733961">
        <w:rPr>
          <w:rFonts w:ascii="Times New Roman" w:hAnsi="Times New Roman" w:cs="Times New Roman"/>
        </w:rPr>
        <w:t>lista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surselor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utilizate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vor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permite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urmărirea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până</w:t>
      </w:r>
      <w:proofErr w:type="spellEnd"/>
      <w:r w:rsidRPr="00733961">
        <w:rPr>
          <w:rFonts w:ascii="Times New Roman" w:hAnsi="Times New Roman" w:cs="Times New Roman"/>
        </w:rPr>
        <w:t xml:space="preserve"> la </w:t>
      </w:r>
      <w:proofErr w:type="spellStart"/>
      <w:r w:rsidRPr="00733961">
        <w:rPr>
          <w:rFonts w:ascii="Times New Roman" w:hAnsi="Times New Roman" w:cs="Times New Roman"/>
        </w:rPr>
        <w:t>documentul-sursă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35343ABB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t>7. ACTIVITĂȚI EXCLUSE DIN MISIUNE</w:t>
      </w:r>
    </w:p>
    <w:p w14:paraId="2FBDF67F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organizarea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logistică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reuniunilor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contractarea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locațiilor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cateringul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tipărirea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materialelor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25A62275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organizarea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finanțarea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vizitelor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teren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transportul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diurnele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71849E72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realizarea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unei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evaluări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independente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unor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activități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monitorizare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evaluare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07BF613F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instruirea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personalului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activități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consolidare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instituțională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54025BAB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crearea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unui</w:t>
      </w:r>
      <w:proofErr w:type="spellEnd"/>
      <w:r w:rsidRPr="00733961">
        <w:rPr>
          <w:rFonts w:ascii="Times New Roman" w:hAnsi="Times New Roman" w:cs="Times New Roman"/>
        </w:rPr>
        <w:t xml:space="preserve"> website, </w:t>
      </w:r>
      <w:proofErr w:type="spellStart"/>
      <w:r w:rsidRPr="00733961">
        <w:rPr>
          <w:rFonts w:ascii="Times New Roman" w:hAnsi="Times New Roman" w:cs="Times New Roman"/>
        </w:rPr>
        <w:t>dezvoltarea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unei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aplicații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unei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baze</w:t>
      </w:r>
      <w:proofErr w:type="spellEnd"/>
      <w:r w:rsidRPr="00733961">
        <w:rPr>
          <w:rFonts w:ascii="Times New Roman" w:hAnsi="Times New Roman" w:cs="Times New Roman"/>
        </w:rPr>
        <w:t xml:space="preserve"> de date </w:t>
      </w:r>
      <w:proofErr w:type="spellStart"/>
      <w:r w:rsidRPr="00733961">
        <w:rPr>
          <w:rFonts w:ascii="Times New Roman" w:hAnsi="Times New Roman" w:cs="Times New Roman"/>
        </w:rPr>
        <w:t>informatice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complexe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79838848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colectarea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extensivă</w:t>
      </w:r>
      <w:proofErr w:type="spellEnd"/>
      <w:r w:rsidRPr="00733961">
        <w:rPr>
          <w:rFonts w:ascii="Times New Roman" w:hAnsi="Times New Roman" w:cs="Times New Roman"/>
        </w:rPr>
        <w:t xml:space="preserve"> de date </w:t>
      </w:r>
      <w:proofErr w:type="spellStart"/>
      <w:r w:rsidRPr="00733961">
        <w:rPr>
          <w:rFonts w:ascii="Times New Roman" w:hAnsi="Times New Roman" w:cs="Times New Roman"/>
        </w:rPr>
        <w:t>noi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realizarea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anchete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reprezentative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46103834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procurarea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echipamente</w:t>
      </w:r>
      <w:proofErr w:type="spellEnd"/>
      <w:r w:rsidRPr="00733961">
        <w:rPr>
          <w:rFonts w:ascii="Times New Roman" w:hAnsi="Times New Roman" w:cs="Times New Roman"/>
        </w:rPr>
        <w:t xml:space="preserve">, mobilier, </w:t>
      </w:r>
      <w:proofErr w:type="spellStart"/>
      <w:r w:rsidRPr="00733961">
        <w:rPr>
          <w:rFonts w:ascii="Times New Roman" w:hAnsi="Times New Roman" w:cs="Times New Roman"/>
        </w:rPr>
        <w:t>telefoane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vehicule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alte</w:t>
      </w:r>
      <w:proofErr w:type="spellEnd"/>
      <w:r w:rsidRPr="00733961">
        <w:rPr>
          <w:rFonts w:ascii="Times New Roman" w:hAnsi="Times New Roman" w:cs="Times New Roman"/>
        </w:rPr>
        <w:t xml:space="preserve"> active.</w:t>
      </w:r>
    </w:p>
    <w:p w14:paraId="7748FB14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lastRenderedPageBreak/>
        <w:t>8. ROLURI ȘI RESPONSABILITĂȚI</w:t>
      </w:r>
    </w:p>
    <w:p w14:paraId="45D52673" w14:textId="77777777" w:rsidR="0040757A" w:rsidRPr="00733961" w:rsidRDefault="004316AA">
      <w:pPr>
        <w:pStyle w:val="Titlu2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8.1. </w:t>
      </w:r>
      <w:proofErr w:type="spellStart"/>
      <w:r w:rsidRPr="00733961">
        <w:rPr>
          <w:rFonts w:ascii="Times New Roman" w:hAnsi="Times New Roman" w:cs="Times New Roman"/>
        </w:rPr>
        <w:t>Consultantul</w:t>
      </w:r>
      <w:proofErr w:type="spellEnd"/>
    </w:p>
    <w:p w14:paraId="1D30F11B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realizează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sarcinile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transmite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livrabilele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termenele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stabilite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799E5ECA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asigură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corectitudinea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coerența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trasabilitatea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4BA75E3F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menține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comunicarea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operativă</w:t>
      </w:r>
      <w:proofErr w:type="spellEnd"/>
      <w:r w:rsidRPr="00733961">
        <w:rPr>
          <w:rFonts w:ascii="Times New Roman" w:hAnsi="Times New Roman" w:cs="Times New Roman"/>
        </w:rPr>
        <w:t xml:space="preserve"> cu </w:t>
      </w:r>
      <w:proofErr w:type="spellStart"/>
      <w:r w:rsidRPr="00733961">
        <w:rPr>
          <w:rFonts w:ascii="Times New Roman" w:hAnsi="Times New Roman" w:cs="Times New Roman"/>
        </w:rPr>
        <w:t>persoanele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desemnate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Ministerul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 și ONIPM;</w:t>
      </w:r>
    </w:p>
    <w:p w14:paraId="6ED78242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revizuiește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livrabilele</w:t>
      </w:r>
      <w:proofErr w:type="spellEnd"/>
      <w:r w:rsidRPr="00733961">
        <w:rPr>
          <w:rFonts w:ascii="Times New Roman" w:hAnsi="Times New Roman" w:cs="Times New Roman"/>
        </w:rPr>
        <w:t xml:space="preserve"> pe </w:t>
      </w:r>
      <w:proofErr w:type="spellStart"/>
      <w:r w:rsidRPr="00733961">
        <w:rPr>
          <w:rFonts w:ascii="Times New Roman" w:hAnsi="Times New Roman" w:cs="Times New Roman"/>
        </w:rPr>
        <w:t>baza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observațiilor</w:t>
      </w:r>
      <w:proofErr w:type="spellEnd"/>
      <w:r w:rsidRPr="00733961">
        <w:rPr>
          <w:rFonts w:ascii="Times New Roman" w:hAnsi="Times New Roman" w:cs="Times New Roman"/>
        </w:rPr>
        <w:t xml:space="preserve"> consolidate </w:t>
      </w:r>
      <w:proofErr w:type="spellStart"/>
      <w:r w:rsidRPr="00733961">
        <w:rPr>
          <w:rFonts w:ascii="Times New Roman" w:hAnsi="Times New Roman" w:cs="Times New Roman"/>
        </w:rPr>
        <w:t>primite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5CAD02FA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păstrează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confidențialitatea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predă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toate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fișierele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lucru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relevante</w:t>
      </w:r>
      <w:proofErr w:type="spellEnd"/>
      <w:r w:rsidRPr="00733961">
        <w:rPr>
          <w:rFonts w:ascii="Times New Roman" w:hAnsi="Times New Roman" w:cs="Times New Roman"/>
        </w:rPr>
        <w:t xml:space="preserve"> la </w:t>
      </w:r>
      <w:proofErr w:type="spellStart"/>
      <w:r w:rsidRPr="00733961">
        <w:rPr>
          <w:rFonts w:ascii="Times New Roman" w:hAnsi="Times New Roman" w:cs="Times New Roman"/>
        </w:rPr>
        <w:t>finalul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misiunii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74582B53" w14:textId="77777777" w:rsidR="0040757A" w:rsidRPr="00733961" w:rsidRDefault="004316AA">
      <w:pPr>
        <w:pStyle w:val="Titlu2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8.2. </w:t>
      </w:r>
      <w:proofErr w:type="spellStart"/>
      <w:r w:rsidRPr="00733961">
        <w:rPr>
          <w:rFonts w:ascii="Times New Roman" w:hAnsi="Times New Roman" w:cs="Times New Roman"/>
        </w:rPr>
        <w:t>Ministerul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>/</w:t>
      </w:r>
      <w:proofErr w:type="spellStart"/>
      <w:r w:rsidRPr="00733961">
        <w:rPr>
          <w:rFonts w:ascii="Times New Roman" w:hAnsi="Times New Roman" w:cs="Times New Roman"/>
        </w:rPr>
        <w:t>Punctul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Operațional</w:t>
      </w:r>
      <w:proofErr w:type="spellEnd"/>
      <w:r w:rsidRPr="00733961">
        <w:rPr>
          <w:rFonts w:ascii="Times New Roman" w:hAnsi="Times New Roman" w:cs="Times New Roman"/>
        </w:rPr>
        <w:t xml:space="preserve"> Focal GEF</w:t>
      </w:r>
    </w:p>
    <w:p w14:paraId="75830EAD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confirmă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lista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proiectelor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instituțiilor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vizate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3FD7090B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facilitează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accesul</w:t>
      </w:r>
      <w:proofErr w:type="spellEnd"/>
      <w:r w:rsidRPr="00733961">
        <w:rPr>
          <w:rFonts w:ascii="Times New Roman" w:hAnsi="Times New Roman" w:cs="Times New Roman"/>
        </w:rPr>
        <w:t xml:space="preserve"> la </w:t>
      </w:r>
      <w:proofErr w:type="spellStart"/>
      <w:r w:rsidRPr="00733961">
        <w:rPr>
          <w:rFonts w:ascii="Times New Roman" w:hAnsi="Times New Roman" w:cs="Times New Roman"/>
        </w:rPr>
        <w:t>documentația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disponibilă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comunicarea</w:t>
      </w:r>
      <w:proofErr w:type="spellEnd"/>
      <w:r w:rsidRPr="00733961">
        <w:rPr>
          <w:rFonts w:ascii="Times New Roman" w:hAnsi="Times New Roman" w:cs="Times New Roman"/>
        </w:rPr>
        <w:t xml:space="preserve"> cu </w:t>
      </w:r>
      <w:proofErr w:type="spellStart"/>
      <w:r w:rsidRPr="00733961">
        <w:rPr>
          <w:rFonts w:ascii="Times New Roman" w:hAnsi="Times New Roman" w:cs="Times New Roman"/>
        </w:rPr>
        <w:t>agențiile</w:t>
      </w:r>
      <w:proofErr w:type="spellEnd"/>
      <w:r w:rsidRPr="00733961">
        <w:rPr>
          <w:rFonts w:ascii="Times New Roman" w:hAnsi="Times New Roman" w:cs="Times New Roman"/>
        </w:rPr>
        <w:t xml:space="preserve"> GEF;</w:t>
      </w:r>
    </w:p>
    <w:p w14:paraId="3782D120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coordonează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clarificarea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validarea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informațiilor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309D8235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examinează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aprobă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conținutul</w:t>
      </w:r>
      <w:proofErr w:type="spellEnd"/>
      <w:r w:rsidRPr="00733961">
        <w:rPr>
          <w:rFonts w:ascii="Times New Roman" w:hAnsi="Times New Roman" w:cs="Times New Roman"/>
        </w:rPr>
        <w:t xml:space="preserve"> tehnic al </w:t>
      </w:r>
      <w:proofErr w:type="spellStart"/>
      <w:r w:rsidRPr="00733961">
        <w:rPr>
          <w:rFonts w:ascii="Times New Roman" w:hAnsi="Times New Roman" w:cs="Times New Roman"/>
        </w:rPr>
        <w:t>livrabilelor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2598ECF8" w14:textId="77777777" w:rsidR="0040757A" w:rsidRPr="00733961" w:rsidRDefault="004316AA">
      <w:pPr>
        <w:pStyle w:val="Titlu2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>8.3. ONIPM</w:t>
      </w:r>
    </w:p>
    <w:p w14:paraId="76C7A508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administrează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procedura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contractare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contractul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641313EC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monitorizează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respectarea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calendarului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completitudinea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livrabilelor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4AF033DA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coordonează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recepția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administrativă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procesarea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plăților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după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aprobarea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produselor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7C021A58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păstrează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dosarul</w:t>
      </w:r>
      <w:proofErr w:type="spellEnd"/>
      <w:r w:rsidRPr="00733961">
        <w:rPr>
          <w:rFonts w:ascii="Times New Roman" w:hAnsi="Times New Roman" w:cs="Times New Roman"/>
        </w:rPr>
        <w:t xml:space="preserve"> contractual și </w:t>
      </w:r>
      <w:proofErr w:type="spellStart"/>
      <w:r w:rsidRPr="00733961">
        <w:rPr>
          <w:rFonts w:ascii="Times New Roman" w:hAnsi="Times New Roman" w:cs="Times New Roman"/>
        </w:rPr>
        <w:t>documentele</w:t>
      </w:r>
      <w:proofErr w:type="spellEnd"/>
      <w:r w:rsidRPr="00733961">
        <w:rPr>
          <w:rFonts w:ascii="Times New Roman" w:hAnsi="Times New Roman" w:cs="Times New Roman"/>
        </w:rPr>
        <w:t xml:space="preserve"> justificative în </w:t>
      </w:r>
      <w:proofErr w:type="spellStart"/>
      <w:r w:rsidRPr="00733961">
        <w:rPr>
          <w:rFonts w:ascii="Times New Roman" w:hAnsi="Times New Roman" w:cs="Times New Roman"/>
        </w:rPr>
        <w:t>conformitate</w:t>
      </w:r>
      <w:proofErr w:type="spellEnd"/>
      <w:r w:rsidRPr="00733961">
        <w:rPr>
          <w:rFonts w:ascii="Times New Roman" w:hAnsi="Times New Roman" w:cs="Times New Roman"/>
        </w:rPr>
        <w:t xml:space="preserve"> cu </w:t>
      </w:r>
      <w:proofErr w:type="spellStart"/>
      <w:r w:rsidRPr="00733961">
        <w:rPr>
          <w:rFonts w:ascii="Times New Roman" w:hAnsi="Times New Roman" w:cs="Times New Roman"/>
        </w:rPr>
        <w:t>cerințele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aplicabile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77B98E3D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t>9. CERINȚE DE CALIFICARE</w:t>
      </w:r>
    </w:p>
    <w:p w14:paraId="2492A622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studii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universitare</w:t>
      </w:r>
      <w:proofErr w:type="spellEnd"/>
      <w:r w:rsidRPr="00733961">
        <w:rPr>
          <w:rFonts w:ascii="Times New Roman" w:hAnsi="Times New Roman" w:cs="Times New Roman"/>
        </w:rPr>
        <w:t xml:space="preserve"> de master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echivalente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politici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publice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mediu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economie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administrație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publică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relații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internaționale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managementul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ori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într</w:t>
      </w:r>
      <w:proofErr w:type="spellEnd"/>
      <w:r w:rsidRPr="00733961">
        <w:rPr>
          <w:rFonts w:ascii="Times New Roman" w:hAnsi="Times New Roman" w:cs="Times New Roman"/>
        </w:rPr>
        <w:t xml:space="preserve">-un </w:t>
      </w:r>
      <w:proofErr w:type="spellStart"/>
      <w:r w:rsidRPr="00733961">
        <w:rPr>
          <w:rFonts w:ascii="Times New Roman" w:hAnsi="Times New Roman" w:cs="Times New Roman"/>
        </w:rPr>
        <w:t>domeniu</w:t>
      </w:r>
      <w:proofErr w:type="spellEnd"/>
      <w:r w:rsidRPr="00733961">
        <w:rPr>
          <w:rFonts w:ascii="Times New Roman" w:hAnsi="Times New Roman" w:cs="Times New Roman"/>
        </w:rPr>
        <w:t xml:space="preserve"> relevant;</w:t>
      </w:r>
    </w:p>
    <w:p w14:paraId="28FC3674" w14:textId="73BE02B4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minimum </w:t>
      </w:r>
      <w:r w:rsidR="00D91D95">
        <w:rPr>
          <w:rFonts w:ascii="Times New Roman" w:hAnsi="Times New Roman" w:cs="Times New Roman"/>
        </w:rPr>
        <w:t>3</w:t>
      </w:r>
      <w:r w:rsidRPr="00733961">
        <w:rPr>
          <w:rFonts w:ascii="Times New Roman" w:hAnsi="Times New Roman" w:cs="Times New Roman"/>
        </w:rPr>
        <w:t xml:space="preserve"> ani de </w:t>
      </w:r>
      <w:proofErr w:type="spellStart"/>
      <w:r w:rsidRPr="00733961">
        <w:rPr>
          <w:rFonts w:ascii="Times New Roman" w:hAnsi="Times New Roman" w:cs="Times New Roman"/>
        </w:rPr>
        <w:t>experiență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profesională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generală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relevantă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6EC1BA48" w14:textId="11D68D74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minimum </w:t>
      </w:r>
      <w:r w:rsidR="00D91D95">
        <w:rPr>
          <w:rFonts w:ascii="Times New Roman" w:hAnsi="Times New Roman" w:cs="Times New Roman"/>
        </w:rPr>
        <w:t>1,5</w:t>
      </w:r>
      <w:r w:rsidRPr="00733961">
        <w:rPr>
          <w:rFonts w:ascii="Times New Roman" w:hAnsi="Times New Roman" w:cs="Times New Roman"/>
        </w:rPr>
        <w:t xml:space="preserve"> ani de </w:t>
      </w:r>
      <w:proofErr w:type="spellStart"/>
      <w:r w:rsidRPr="00733961">
        <w:rPr>
          <w:rFonts w:ascii="Times New Roman" w:hAnsi="Times New Roman" w:cs="Times New Roman"/>
        </w:rPr>
        <w:t>experiență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analiza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coordonarea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monitorizarea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raportarea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proiectelor</w:t>
      </w:r>
      <w:proofErr w:type="spellEnd"/>
      <w:r w:rsidRPr="00733961">
        <w:rPr>
          <w:rFonts w:ascii="Times New Roman" w:hAnsi="Times New Roman" w:cs="Times New Roman"/>
        </w:rPr>
        <w:t>/</w:t>
      </w:r>
      <w:proofErr w:type="spellStart"/>
      <w:r w:rsidRPr="00733961">
        <w:rPr>
          <w:rFonts w:ascii="Times New Roman" w:hAnsi="Times New Roman" w:cs="Times New Roman"/>
        </w:rPr>
        <w:t>programelor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finanțate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internațional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19145A90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experiență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demonstrată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sistematizarea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unor</w:t>
      </w:r>
      <w:proofErr w:type="spellEnd"/>
      <w:r w:rsidRPr="00733961">
        <w:rPr>
          <w:rFonts w:ascii="Times New Roman" w:hAnsi="Times New Roman" w:cs="Times New Roman"/>
        </w:rPr>
        <w:t xml:space="preserve"> volume </w:t>
      </w:r>
      <w:proofErr w:type="spellStart"/>
      <w:r w:rsidRPr="00733961">
        <w:rPr>
          <w:rFonts w:ascii="Times New Roman" w:hAnsi="Times New Roman" w:cs="Times New Roman"/>
        </w:rPr>
        <w:t>complexe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informații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elaborarea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rapoartelor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analitice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matricilor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bazelor</w:t>
      </w:r>
      <w:proofErr w:type="spellEnd"/>
      <w:r w:rsidRPr="00733961">
        <w:rPr>
          <w:rFonts w:ascii="Times New Roman" w:hAnsi="Times New Roman" w:cs="Times New Roman"/>
        </w:rPr>
        <w:t xml:space="preserve"> de date;</w:t>
      </w:r>
    </w:p>
    <w:p w14:paraId="3CE30A46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experiența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lucru</w:t>
      </w:r>
      <w:proofErr w:type="spellEnd"/>
      <w:r w:rsidRPr="00733961">
        <w:rPr>
          <w:rFonts w:ascii="Times New Roman" w:hAnsi="Times New Roman" w:cs="Times New Roman"/>
        </w:rPr>
        <w:t xml:space="preserve"> cu proiecte GEF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cu </w:t>
      </w:r>
      <w:proofErr w:type="spellStart"/>
      <w:r w:rsidRPr="00733961">
        <w:rPr>
          <w:rFonts w:ascii="Times New Roman" w:hAnsi="Times New Roman" w:cs="Times New Roman"/>
        </w:rPr>
        <w:t>alte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fonduri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climatice</w:t>
      </w:r>
      <w:proofErr w:type="spellEnd"/>
      <w:r w:rsidRPr="00733961">
        <w:rPr>
          <w:rFonts w:ascii="Times New Roman" w:hAnsi="Times New Roman" w:cs="Times New Roman"/>
        </w:rPr>
        <w:t xml:space="preserve">/de </w:t>
      </w:r>
      <w:proofErr w:type="spellStart"/>
      <w:r w:rsidRPr="00733961">
        <w:rPr>
          <w:rFonts w:ascii="Times New Roman" w:hAnsi="Times New Roman" w:cs="Times New Roman"/>
        </w:rPr>
        <w:t>mediu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constituie</w:t>
      </w:r>
      <w:proofErr w:type="spellEnd"/>
      <w:r w:rsidRPr="00733961">
        <w:rPr>
          <w:rFonts w:ascii="Times New Roman" w:hAnsi="Times New Roman" w:cs="Times New Roman"/>
        </w:rPr>
        <w:t xml:space="preserve"> un </w:t>
      </w:r>
      <w:proofErr w:type="spellStart"/>
      <w:r w:rsidRPr="00733961">
        <w:rPr>
          <w:rFonts w:ascii="Times New Roman" w:hAnsi="Times New Roman" w:cs="Times New Roman"/>
        </w:rPr>
        <w:t>avantaj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6D0DEF9A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cunoașterea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arhitecturii</w:t>
      </w:r>
      <w:proofErr w:type="spellEnd"/>
      <w:r w:rsidRPr="00733961">
        <w:rPr>
          <w:rFonts w:ascii="Times New Roman" w:hAnsi="Times New Roman" w:cs="Times New Roman"/>
        </w:rPr>
        <w:t xml:space="preserve"> GEF, a </w:t>
      </w:r>
      <w:proofErr w:type="spellStart"/>
      <w:r w:rsidRPr="00733961">
        <w:rPr>
          <w:rFonts w:ascii="Times New Roman" w:hAnsi="Times New Roman" w:cs="Times New Roman"/>
        </w:rPr>
        <w:t>ciclului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proiectelor</w:t>
      </w:r>
      <w:proofErr w:type="spellEnd"/>
      <w:r w:rsidRPr="00733961">
        <w:rPr>
          <w:rFonts w:ascii="Times New Roman" w:hAnsi="Times New Roman" w:cs="Times New Roman"/>
        </w:rPr>
        <w:t xml:space="preserve"> și a </w:t>
      </w:r>
      <w:proofErr w:type="spellStart"/>
      <w:r w:rsidRPr="00733961">
        <w:rPr>
          <w:rFonts w:ascii="Times New Roman" w:hAnsi="Times New Roman" w:cs="Times New Roman"/>
        </w:rPr>
        <w:t>rolurilor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agențiilor</w:t>
      </w:r>
      <w:proofErr w:type="spellEnd"/>
      <w:r w:rsidRPr="00733961">
        <w:rPr>
          <w:rFonts w:ascii="Times New Roman" w:hAnsi="Times New Roman" w:cs="Times New Roman"/>
        </w:rPr>
        <w:t xml:space="preserve"> GEF </w:t>
      </w:r>
      <w:proofErr w:type="spellStart"/>
      <w:r w:rsidRPr="00733961">
        <w:rPr>
          <w:rFonts w:ascii="Times New Roman" w:hAnsi="Times New Roman" w:cs="Times New Roman"/>
        </w:rPr>
        <w:t>constituie</w:t>
      </w:r>
      <w:proofErr w:type="spellEnd"/>
      <w:r w:rsidRPr="00733961">
        <w:rPr>
          <w:rFonts w:ascii="Times New Roman" w:hAnsi="Times New Roman" w:cs="Times New Roman"/>
        </w:rPr>
        <w:t xml:space="preserve"> un </w:t>
      </w:r>
      <w:proofErr w:type="spellStart"/>
      <w:r w:rsidRPr="00733961">
        <w:rPr>
          <w:rFonts w:ascii="Times New Roman" w:hAnsi="Times New Roman" w:cs="Times New Roman"/>
        </w:rPr>
        <w:t>avantaj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4AADCE6C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competențe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avansate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utilizare</w:t>
      </w:r>
      <w:proofErr w:type="spellEnd"/>
      <w:r w:rsidRPr="00733961">
        <w:rPr>
          <w:rFonts w:ascii="Times New Roman" w:hAnsi="Times New Roman" w:cs="Times New Roman"/>
        </w:rPr>
        <w:t xml:space="preserve"> Word, Excel și PowerPoint;</w:t>
      </w:r>
    </w:p>
    <w:p w14:paraId="08D4D93C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cunoașterea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excelentă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limbii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române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cunoașterea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limbii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engleze</w:t>
      </w:r>
      <w:proofErr w:type="spellEnd"/>
      <w:r w:rsidRPr="00733961">
        <w:rPr>
          <w:rFonts w:ascii="Times New Roman" w:hAnsi="Times New Roman" w:cs="Times New Roman"/>
        </w:rPr>
        <w:t xml:space="preserve"> la </w:t>
      </w:r>
      <w:proofErr w:type="spellStart"/>
      <w:r w:rsidRPr="00733961">
        <w:rPr>
          <w:rFonts w:ascii="Times New Roman" w:hAnsi="Times New Roman" w:cs="Times New Roman"/>
        </w:rPr>
        <w:t>nivel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suficient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analiza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documentelor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comunicarea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profesională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689E77A9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t>10. DOSARUL CANDIDATULUI</w:t>
      </w:r>
    </w:p>
    <w:p w14:paraId="22617652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CV </w:t>
      </w:r>
      <w:proofErr w:type="spellStart"/>
      <w:r w:rsidRPr="00733961">
        <w:rPr>
          <w:rFonts w:ascii="Times New Roman" w:hAnsi="Times New Roman" w:cs="Times New Roman"/>
        </w:rPr>
        <w:t>actualizat</w:t>
      </w:r>
      <w:proofErr w:type="spellEnd"/>
      <w:r w:rsidRPr="00733961">
        <w:rPr>
          <w:rFonts w:ascii="Times New Roman" w:hAnsi="Times New Roman" w:cs="Times New Roman"/>
        </w:rPr>
        <w:t xml:space="preserve">, cu </w:t>
      </w:r>
      <w:proofErr w:type="spellStart"/>
      <w:r w:rsidRPr="00733961">
        <w:rPr>
          <w:rFonts w:ascii="Times New Roman" w:hAnsi="Times New Roman" w:cs="Times New Roman"/>
        </w:rPr>
        <w:t>indicarea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clară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gramStart"/>
      <w:r w:rsidRPr="00733961">
        <w:rPr>
          <w:rFonts w:ascii="Times New Roman" w:hAnsi="Times New Roman" w:cs="Times New Roman"/>
        </w:rPr>
        <w:t>a</w:t>
      </w:r>
      <w:proofErr w:type="gram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experienței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relevante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1004FF29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scrisoare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intenție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2ABD736E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propunere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tehnică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succintă</w:t>
      </w:r>
      <w:proofErr w:type="spellEnd"/>
      <w:r w:rsidRPr="00733961">
        <w:rPr>
          <w:rFonts w:ascii="Times New Roman" w:hAnsi="Times New Roman" w:cs="Times New Roman"/>
        </w:rPr>
        <w:t xml:space="preserve">, de maximum 4 </w:t>
      </w:r>
      <w:proofErr w:type="spellStart"/>
      <w:r w:rsidRPr="00733961">
        <w:rPr>
          <w:rFonts w:ascii="Times New Roman" w:hAnsi="Times New Roman" w:cs="Times New Roman"/>
        </w:rPr>
        <w:t>pagini</w:t>
      </w:r>
      <w:proofErr w:type="spellEnd"/>
      <w:r w:rsidRPr="00733961">
        <w:rPr>
          <w:rFonts w:ascii="Times New Roman" w:hAnsi="Times New Roman" w:cs="Times New Roman"/>
        </w:rPr>
        <w:t xml:space="preserve">, care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include </w:t>
      </w:r>
      <w:proofErr w:type="spellStart"/>
      <w:r w:rsidRPr="00733961">
        <w:rPr>
          <w:rFonts w:ascii="Times New Roman" w:hAnsi="Times New Roman" w:cs="Times New Roman"/>
        </w:rPr>
        <w:t>înțelegerea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misiunii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metodologia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organizarea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activităților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calendarul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41020AE4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propunere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financiară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sumă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forfetară</w:t>
      </w:r>
      <w:proofErr w:type="spellEnd"/>
      <w:r w:rsidRPr="00733961">
        <w:rPr>
          <w:rFonts w:ascii="Times New Roman" w:hAnsi="Times New Roman" w:cs="Times New Roman"/>
        </w:rPr>
        <w:t xml:space="preserve">, cu </w:t>
      </w:r>
      <w:proofErr w:type="spellStart"/>
      <w:r w:rsidRPr="00733961">
        <w:rPr>
          <w:rFonts w:ascii="Times New Roman" w:hAnsi="Times New Roman" w:cs="Times New Roman"/>
        </w:rPr>
        <w:t>indicarea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valorii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totale</w:t>
      </w:r>
      <w:proofErr w:type="spellEnd"/>
      <w:r w:rsidRPr="00733961">
        <w:rPr>
          <w:rFonts w:ascii="Times New Roman" w:hAnsi="Times New Roman" w:cs="Times New Roman"/>
        </w:rPr>
        <w:t xml:space="preserve"> și, </w:t>
      </w:r>
      <w:proofErr w:type="spellStart"/>
      <w:r w:rsidRPr="00733961">
        <w:rPr>
          <w:rFonts w:ascii="Times New Roman" w:hAnsi="Times New Roman" w:cs="Times New Roman"/>
        </w:rPr>
        <w:t>opțional</w:t>
      </w:r>
      <w:proofErr w:type="spellEnd"/>
      <w:r w:rsidRPr="00733961">
        <w:rPr>
          <w:rFonts w:ascii="Times New Roman" w:hAnsi="Times New Roman" w:cs="Times New Roman"/>
        </w:rPr>
        <w:t xml:space="preserve">, a </w:t>
      </w:r>
      <w:proofErr w:type="spellStart"/>
      <w:r w:rsidRPr="00733961">
        <w:rPr>
          <w:rFonts w:ascii="Times New Roman" w:hAnsi="Times New Roman" w:cs="Times New Roman"/>
        </w:rPr>
        <w:t>repartizării</w:t>
      </w:r>
      <w:proofErr w:type="spellEnd"/>
      <w:r w:rsidRPr="00733961">
        <w:rPr>
          <w:rFonts w:ascii="Times New Roman" w:hAnsi="Times New Roman" w:cs="Times New Roman"/>
        </w:rPr>
        <w:t xml:space="preserve"> pe </w:t>
      </w:r>
      <w:proofErr w:type="spellStart"/>
      <w:r w:rsidRPr="00733961">
        <w:rPr>
          <w:rFonts w:ascii="Times New Roman" w:hAnsi="Times New Roman" w:cs="Times New Roman"/>
        </w:rPr>
        <w:t>livrabile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0668B50F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datele</w:t>
      </w:r>
      <w:proofErr w:type="spellEnd"/>
      <w:r w:rsidRPr="00733961">
        <w:rPr>
          <w:rFonts w:ascii="Times New Roman" w:hAnsi="Times New Roman" w:cs="Times New Roman"/>
        </w:rPr>
        <w:t xml:space="preserve"> de contact ale cel </w:t>
      </w:r>
      <w:proofErr w:type="spellStart"/>
      <w:r w:rsidRPr="00733961">
        <w:rPr>
          <w:rFonts w:ascii="Times New Roman" w:hAnsi="Times New Roman" w:cs="Times New Roman"/>
        </w:rPr>
        <w:t>puțin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două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persoane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referință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79F6A6F6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cel </w:t>
      </w:r>
      <w:proofErr w:type="spellStart"/>
      <w:r w:rsidRPr="00733961">
        <w:rPr>
          <w:rFonts w:ascii="Times New Roman" w:hAnsi="Times New Roman" w:cs="Times New Roman"/>
        </w:rPr>
        <w:t>puțin</w:t>
      </w:r>
      <w:proofErr w:type="spellEnd"/>
      <w:r w:rsidRPr="00733961">
        <w:rPr>
          <w:rFonts w:ascii="Times New Roman" w:hAnsi="Times New Roman" w:cs="Times New Roman"/>
        </w:rPr>
        <w:t xml:space="preserve"> un </w:t>
      </w:r>
      <w:proofErr w:type="spellStart"/>
      <w:r w:rsidRPr="00733961">
        <w:rPr>
          <w:rFonts w:ascii="Times New Roman" w:hAnsi="Times New Roman" w:cs="Times New Roman"/>
        </w:rPr>
        <w:t>exemplu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o </w:t>
      </w:r>
      <w:proofErr w:type="spellStart"/>
      <w:r w:rsidRPr="00733961">
        <w:rPr>
          <w:rFonts w:ascii="Times New Roman" w:hAnsi="Times New Roman" w:cs="Times New Roman"/>
        </w:rPr>
        <w:t>trimitere</w:t>
      </w:r>
      <w:proofErr w:type="spellEnd"/>
      <w:r w:rsidRPr="00733961">
        <w:rPr>
          <w:rFonts w:ascii="Times New Roman" w:hAnsi="Times New Roman" w:cs="Times New Roman"/>
        </w:rPr>
        <w:t xml:space="preserve"> la un </w:t>
      </w:r>
      <w:proofErr w:type="spellStart"/>
      <w:r w:rsidRPr="00733961">
        <w:rPr>
          <w:rFonts w:ascii="Times New Roman" w:hAnsi="Times New Roman" w:cs="Times New Roman"/>
        </w:rPr>
        <w:t>produs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analitic</w:t>
      </w:r>
      <w:proofErr w:type="spellEnd"/>
      <w:r w:rsidRPr="00733961">
        <w:rPr>
          <w:rFonts w:ascii="Times New Roman" w:hAnsi="Times New Roman" w:cs="Times New Roman"/>
        </w:rPr>
        <w:t xml:space="preserve"> relevant </w:t>
      </w:r>
      <w:proofErr w:type="spellStart"/>
      <w:r w:rsidRPr="00733961">
        <w:rPr>
          <w:rFonts w:ascii="Times New Roman" w:hAnsi="Times New Roman" w:cs="Times New Roman"/>
        </w:rPr>
        <w:t>elaborat</w:t>
      </w:r>
      <w:proofErr w:type="spellEnd"/>
      <w:r w:rsidRPr="00733961">
        <w:rPr>
          <w:rFonts w:ascii="Times New Roman" w:hAnsi="Times New Roman" w:cs="Times New Roman"/>
        </w:rPr>
        <w:t xml:space="preserve"> anterior, în </w:t>
      </w:r>
      <w:proofErr w:type="spellStart"/>
      <w:r w:rsidRPr="00733961">
        <w:rPr>
          <w:rFonts w:ascii="Times New Roman" w:hAnsi="Times New Roman" w:cs="Times New Roman"/>
        </w:rPr>
        <w:t>măsura</w:t>
      </w:r>
      <w:proofErr w:type="spellEnd"/>
      <w:r w:rsidRPr="00733961">
        <w:rPr>
          <w:rFonts w:ascii="Times New Roman" w:hAnsi="Times New Roman" w:cs="Times New Roman"/>
        </w:rPr>
        <w:t xml:space="preserve"> în care </w:t>
      </w:r>
      <w:proofErr w:type="spellStart"/>
      <w:r w:rsidRPr="00733961">
        <w:rPr>
          <w:rFonts w:ascii="Times New Roman" w:hAnsi="Times New Roman" w:cs="Times New Roman"/>
        </w:rPr>
        <w:t>obligațiile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confidențialitate</w:t>
      </w:r>
      <w:proofErr w:type="spellEnd"/>
      <w:r w:rsidRPr="00733961">
        <w:rPr>
          <w:rFonts w:ascii="Times New Roman" w:hAnsi="Times New Roman" w:cs="Times New Roman"/>
        </w:rPr>
        <w:t xml:space="preserve"> permit </w:t>
      </w:r>
      <w:proofErr w:type="spellStart"/>
      <w:r w:rsidRPr="00733961">
        <w:rPr>
          <w:rFonts w:ascii="Times New Roman" w:hAnsi="Times New Roman" w:cs="Times New Roman"/>
        </w:rPr>
        <w:t>acest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lucru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06701326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t>11. EVALUAREA CANDIDAȚILOR</w:t>
      </w:r>
    </w:p>
    <w:p w14:paraId="149B3BF3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Evaluarea</w:t>
      </w:r>
      <w:proofErr w:type="spellEnd"/>
      <w:r w:rsidRPr="00733961">
        <w:rPr>
          <w:rFonts w:ascii="Times New Roman" w:hAnsi="Times New Roman" w:cs="Times New Roman"/>
        </w:rPr>
        <w:t xml:space="preserve"> se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realiza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două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etape</w:t>
      </w:r>
      <w:proofErr w:type="spellEnd"/>
      <w:r w:rsidRPr="00733961">
        <w:rPr>
          <w:rFonts w:ascii="Times New Roman" w:hAnsi="Times New Roman" w:cs="Times New Roman"/>
        </w:rPr>
        <w:t xml:space="preserve">: </w:t>
      </w:r>
      <w:proofErr w:type="spellStart"/>
      <w:r w:rsidRPr="00733961">
        <w:rPr>
          <w:rFonts w:ascii="Times New Roman" w:hAnsi="Times New Roman" w:cs="Times New Roman"/>
        </w:rPr>
        <w:t>evaluarea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tehnică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evaluarea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financiară</w:t>
      </w:r>
      <w:proofErr w:type="spellEnd"/>
      <w:r w:rsidRPr="00733961">
        <w:rPr>
          <w:rFonts w:ascii="Times New Roman" w:hAnsi="Times New Roman" w:cs="Times New Roman"/>
        </w:rPr>
        <w:t xml:space="preserve">. </w:t>
      </w:r>
      <w:proofErr w:type="spellStart"/>
      <w:r w:rsidRPr="00733961">
        <w:rPr>
          <w:rFonts w:ascii="Times New Roman" w:hAnsi="Times New Roman" w:cs="Times New Roman"/>
        </w:rPr>
        <w:t>Numai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candidații</w:t>
      </w:r>
      <w:proofErr w:type="spellEnd"/>
      <w:r w:rsidRPr="00733961">
        <w:rPr>
          <w:rFonts w:ascii="Times New Roman" w:hAnsi="Times New Roman" w:cs="Times New Roman"/>
        </w:rPr>
        <w:t xml:space="preserve"> care </w:t>
      </w:r>
      <w:proofErr w:type="spellStart"/>
      <w:r w:rsidRPr="00733961">
        <w:rPr>
          <w:rFonts w:ascii="Times New Roman" w:hAnsi="Times New Roman" w:cs="Times New Roman"/>
        </w:rPr>
        <w:t>obțin</w:t>
      </w:r>
      <w:proofErr w:type="spellEnd"/>
      <w:r w:rsidRPr="00733961">
        <w:rPr>
          <w:rFonts w:ascii="Times New Roman" w:hAnsi="Times New Roman" w:cs="Times New Roman"/>
        </w:rPr>
        <w:t xml:space="preserve"> minimum 70 de </w:t>
      </w:r>
      <w:proofErr w:type="spellStart"/>
      <w:r w:rsidRPr="00733961">
        <w:rPr>
          <w:rFonts w:ascii="Times New Roman" w:hAnsi="Times New Roman" w:cs="Times New Roman"/>
        </w:rPr>
        <w:t>puncte</w:t>
      </w:r>
      <w:proofErr w:type="spellEnd"/>
      <w:r w:rsidRPr="00733961">
        <w:rPr>
          <w:rFonts w:ascii="Times New Roman" w:hAnsi="Times New Roman" w:cs="Times New Roman"/>
        </w:rPr>
        <w:t xml:space="preserve"> din 100 la </w:t>
      </w:r>
      <w:proofErr w:type="spellStart"/>
      <w:r w:rsidRPr="00733961">
        <w:rPr>
          <w:rFonts w:ascii="Times New Roman" w:hAnsi="Times New Roman" w:cs="Times New Roman"/>
        </w:rPr>
        <w:t>evaluarea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tehnică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vor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considerați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calificați</w:t>
      </w:r>
      <w:proofErr w:type="spellEnd"/>
      <w:r w:rsidRPr="00733961">
        <w:rPr>
          <w:rFonts w:ascii="Times New Roman" w:hAnsi="Times New Roman" w:cs="Times New Roman"/>
        </w:rPr>
        <w:t xml:space="preserve"> tehnic.</w:t>
      </w:r>
    </w:p>
    <w:tbl>
      <w:tblPr>
        <w:tblStyle w:val="Tabelgril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5760"/>
        <w:gridCol w:w="1080"/>
      </w:tblGrid>
      <w:tr w:rsidR="0040757A" w:rsidRPr="00733961" w14:paraId="36D7270A" w14:textId="77777777">
        <w:trPr>
          <w:tblHeader/>
          <w:jc w:val="center"/>
        </w:trPr>
        <w:tc>
          <w:tcPr>
            <w:tcW w:w="2232" w:type="dxa"/>
            <w:shd w:val="clear" w:color="auto" w:fill="2F75B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2579406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b/>
                <w:color w:val="FFFFFF"/>
                <w:sz w:val="18"/>
              </w:rPr>
              <w:t>Criteriu</w:t>
            </w:r>
            <w:proofErr w:type="spellEnd"/>
          </w:p>
        </w:tc>
        <w:tc>
          <w:tcPr>
            <w:tcW w:w="5760" w:type="dxa"/>
            <w:shd w:val="clear" w:color="auto" w:fill="2F75B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D66D3E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b/>
                <w:color w:val="FFFFFF"/>
                <w:sz w:val="18"/>
              </w:rPr>
              <w:t>Elemente</w:t>
            </w:r>
            <w:proofErr w:type="spellEnd"/>
            <w:r w:rsidRPr="00733961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 evaluate</w:t>
            </w:r>
          </w:p>
        </w:tc>
        <w:tc>
          <w:tcPr>
            <w:tcW w:w="1080" w:type="dxa"/>
            <w:shd w:val="clear" w:color="auto" w:fill="2F75B5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129ACCF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b/>
                <w:color w:val="FFFFFF"/>
                <w:sz w:val="18"/>
              </w:rPr>
              <w:t>Punctaj</w:t>
            </w:r>
            <w:proofErr w:type="spellEnd"/>
            <w:r w:rsidRPr="00733961">
              <w:rPr>
                <w:rFonts w:ascii="Times New Roman" w:hAnsi="Times New Roman" w:cs="Times New Roman"/>
                <w:b/>
                <w:color w:val="FFFFFF"/>
                <w:sz w:val="18"/>
              </w:rPr>
              <w:t xml:space="preserve"> maxim</w:t>
            </w:r>
          </w:p>
        </w:tc>
      </w:tr>
      <w:tr w:rsidR="0040757A" w:rsidRPr="00733961" w14:paraId="5214170D" w14:textId="77777777">
        <w:trPr>
          <w:jc w:val="center"/>
        </w:trPr>
        <w:tc>
          <w:tcPr>
            <w:tcW w:w="223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7017A0E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Studii</w:t>
            </w:r>
            <w:proofErr w:type="spellEnd"/>
          </w:p>
        </w:tc>
        <w:tc>
          <w:tcPr>
            <w:tcW w:w="57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EB46513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Relevanța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studiilor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pentru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obiectul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misiunii</w:t>
            </w:r>
            <w:proofErr w:type="spellEnd"/>
          </w:p>
        </w:tc>
        <w:tc>
          <w:tcPr>
            <w:tcW w:w="108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96324A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10</w:t>
            </w:r>
          </w:p>
        </w:tc>
      </w:tr>
      <w:tr w:rsidR="0040757A" w:rsidRPr="00733961" w14:paraId="005555A8" w14:textId="77777777">
        <w:trPr>
          <w:jc w:val="center"/>
        </w:trPr>
        <w:tc>
          <w:tcPr>
            <w:tcW w:w="223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C52337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lastRenderedPageBreak/>
              <w:t>Experiență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generală</w:t>
            </w:r>
            <w:proofErr w:type="spellEnd"/>
          </w:p>
        </w:tc>
        <w:tc>
          <w:tcPr>
            <w:tcW w:w="57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0E4D87D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Durata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și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relevanța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experienței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profesionale</w:t>
            </w:r>
            <w:proofErr w:type="spellEnd"/>
          </w:p>
        </w:tc>
        <w:tc>
          <w:tcPr>
            <w:tcW w:w="108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651EF47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15</w:t>
            </w:r>
          </w:p>
        </w:tc>
      </w:tr>
      <w:tr w:rsidR="0040757A" w:rsidRPr="00733961" w14:paraId="0CEC95DA" w14:textId="77777777">
        <w:trPr>
          <w:jc w:val="center"/>
        </w:trPr>
        <w:tc>
          <w:tcPr>
            <w:tcW w:w="223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4C3BFDB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Experiență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specifică</w:t>
            </w:r>
            <w:proofErr w:type="spellEnd"/>
          </w:p>
        </w:tc>
        <w:tc>
          <w:tcPr>
            <w:tcW w:w="57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4A42CBF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 xml:space="preserve">Proiecte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internaționale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analiză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de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portofoliu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indicatori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beneficiari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și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raportare</w:t>
            </w:r>
            <w:proofErr w:type="spellEnd"/>
          </w:p>
        </w:tc>
        <w:tc>
          <w:tcPr>
            <w:tcW w:w="108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9556ABC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30</w:t>
            </w:r>
          </w:p>
        </w:tc>
      </w:tr>
      <w:tr w:rsidR="0040757A" w:rsidRPr="00733961" w14:paraId="730F7CCC" w14:textId="77777777">
        <w:trPr>
          <w:jc w:val="center"/>
        </w:trPr>
        <w:tc>
          <w:tcPr>
            <w:tcW w:w="223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3D80B8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Experiență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GEF/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mediu</w:t>
            </w:r>
            <w:proofErr w:type="spellEnd"/>
          </w:p>
        </w:tc>
        <w:tc>
          <w:tcPr>
            <w:tcW w:w="57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7FF959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Cunoașterea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GEF și/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sau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experiență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în proiecte de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mediu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și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climă</w:t>
            </w:r>
            <w:proofErr w:type="spellEnd"/>
          </w:p>
        </w:tc>
        <w:tc>
          <w:tcPr>
            <w:tcW w:w="108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8D9165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15</w:t>
            </w:r>
          </w:p>
        </w:tc>
      </w:tr>
      <w:tr w:rsidR="0040757A" w:rsidRPr="00733961" w14:paraId="0B839955" w14:textId="77777777">
        <w:trPr>
          <w:jc w:val="center"/>
        </w:trPr>
        <w:tc>
          <w:tcPr>
            <w:tcW w:w="223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338549" w14:textId="77777777" w:rsidR="0040757A" w:rsidRPr="001551A8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1551A8">
              <w:rPr>
                <w:rFonts w:ascii="Times New Roman" w:hAnsi="Times New Roman" w:cs="Times New Roman"/>
                <w:sz w:val="18"/>
                <w:lang w:val="de-DE"/>
              </w:rPr>
              <w:t>Metodologie</w:t>
            </w:r>
            <w:proofErr w:type="spellEnd"/>
            <w:r w:rsidRPr="001551A8">
              <w:rPr>
                <w:rFonts w:ascii="Times New Roman" w:hAnsi="Times New Roman" w:cs="Times New Roman"/>
                <w:sz w:val="18"/>
                <w:lang w:val="de-DE"/>
              </w:rPr>
              <w:t xml:space="preserve"> și plan de </w:t>
            </w:r>
            <w:proofErr w:type="spellStart"/>
            <w:r w:rsidRPr="001551A8">
              <w:rPr>
                <w:rFonts w:ascii="Times New Roman" w:hAnsi="Times New Roman" w:cs="Times New Roman"/>
                <w:sz w:val="18"/>
                <w:lang w:val="de-DE"/>
              </w:rPr>
              <w:t>lucru</w:t>
            </w:r>
            <w:proofErr w:type="spellEnd"/>
          </w:p>
        </w:tc>
        <w:tc>
          <w:tcPr>
            <w:tcW w:w="57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78D2001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Înțelegerea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misiunii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abordarea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fezabilitatea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calendarului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și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controlul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calității</w:t>
            </w:r>
            <w:proofErr w:type="spellEnd"/>
          </w:p>
        </w:tc>
        <w:tc>
          <w:tcPr>
            <w:tcW w:w="108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11A213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25</w:t>
            </w:r>
          </w:p>
        </w:tc>
      </w:tr>
      <w:tr w:rsidR="0040757A" w:rsidRPr="00733961" w14:paraId="14A7FDCF" w14:textId="77777777">
        <w:trPr>
          <w:jc w:val="center"/>
        </w:trPr>
        <w:tc>
          <w:tcPr>
            <w:tcW w:w="223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29E10F8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Competențe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lingvistice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 și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digitale</w:t>
            </w:r>
            <w:proofErr w:type="spellEnd"/>
          </w:p>
        </w:tc>
        <w:tc>
          <w:tcPr>
            <w:tcW w:w="57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4FDD1B0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Română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 xml:space="preserve">, </w:t>
            </w:r>
            <w:proofErr w:type="spellStart"/>
            <w:r w:rsidRPr="00733961">
              <w:rPr>
                <w:rFonts w:ascii="Times New Roman" w:hAnsi="Times New Roman" w:cs="Times New Roman"/>
                <w:sz w:val="18"/>
              </w:rPr>
              <w:t>engleză</w:t>
            </w:r>
            <w:proofErr w:type="spellEnd"/>
            <w:r w:rsidRPr="00733961">
              <w:rPr>
                <w:rFonts w:ascii="Times New Roman" w:hAnsi="Times New Roman" w:cs="Times New Roman"/>
                <w:sz w:val="18"/>
              </w:rPr>
              <w:t>, Word, Excel și PowerPoint</w:t>
            </w:r>
          </w:p>
        </w:tc>
        <w:tc>
          <w:tcPr>
            <w:tcW w:w="108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8620D60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40757A" w:rsidRPr="00733961" w14:paraId="178B65F4" w14:textId="77777777">
        <w:trPr>
          <w:jc w:val="center"/>
        </w:trPr>
        <w:tc>
          <w:tcPr>
            <w:tcW w:w="2232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BC0B130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TOTAL</w:t>
            </w:r>
          </w:p>
        </w:tc>
        <w:tc>
          <w:tcPr>
            <w:tcW w:w="576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A5A40BF" w14:textId="77777777" w:rsidR="0040757A" w:rsidRPr="00733961" w:rsidRDefault="0040757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372D612" w14:textId="77777777" w:rsidR="0040757A" w:rsidRPr="00733961" w:rsidRDefault="004316AA">
            <w:pPr>
              <w:spacing w:after="40" w:line="240" w:lineRule="auto"/>
              <w:jc w:val="left"/>
              <w:rPr>
                <w:rFonts w:ascii="Times New Roman" w:hAnsi="Times New Roman" w:cs="Times New Roman"/>
              </w:rPr>
            </w:pPr>
            <w:r w:rsidRPr="00733961">
              <w:rPr>
                <w:rFonts w:ascii="Times New Roman" w:hAnsi="Times New Roman" w:cs="Times New Roman"/>
                <w:sz w:val="18"/>
              </w:rPr>
              <w:t>100</w:t>
            </w:r>
          </w:p>
        </w:tc>
      </w:tr>
    </w:tbl>
    <w:p w14:paraId="59D30D64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Metoda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finală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selectare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ponderea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propunerii</w:t>
      </w:r>
      <w:proofErr w:type="spellEnd"/>
      <w:r w:rsidRPr="00733961">
        <w:rPr>
          <w:rFonts w:ascii="Times New Roman" w:hAnsi="Times New Roman" w:cs="Times New Roman"/>
        </w:rPr>
        <w:t xml:space="preserve"> tehnice și </w:t>
      </w:r>
      <w:proofErr w:type="spellStart"/>
      <w:r w:rsidRPr="00733961">
        <w:rPr>
          <w:rFonts w:ascii="Times New Roman" w:hAnsi="Times New Roman" w:cs="Times New Roman"/>
        </w:rPr>
        <w:t>financiare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vor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stabilite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documentația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procedurii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achiziție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aplicată</w:t>
      </w:r>
      <w:proofErr w:type="spellEnd"/>
      <w:r w:rsidRPr="00733961">
        <w:rPr>
          <w:rFonts w:ascii="Times New Roman" w:hAnsi="Times New Roman" w:cs="Times New Roman"/>
        </w:rPr>
        <w:t xml:space="preserve"> de ONIPM. </w:t>
      </w:r>
      <w:proofErr w:type="spellStart"/>
      <w:r w:rsidRPr="00733961">
        <w:rPr>
          <w:rFonts w:ascii="Times New Roman" w:hAnsi="Times New Roman" w:cs="Times New Roman"/>
        </w:rPr>
        <w:t>Valoarea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financiară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ofertată</w:t>
      </w:r>
      <w:proofErr w:type="spellEnd"/>
      <w:r w:rsidRPr="00733961">
        <w:rPr>
          <w:rFonts w:ascii="Times New Roman" w:hAnsi="Times New Roman" w:cs="Times New Roman"/>
        </w:rPr>
        <w:t xml:space="preserve"> nu </w:t>
      </w:r>
      <w:proofErr w:type="spellStart"/>
      <w:r w:rsidRPr="00733961">
        <w:rPr>
          <w:rFonts w:ascii="Times New Roman" w:hAnsi="Times New Roman" w:cs="Times New Roman"/>
        </w:rPr>
        <w:t>poate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depăși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plafonul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indicat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secțiunea</w:t>
      </w:r>
      <w:proofErr w:type="spellEnd"/>
      <w:r w:rsidRPr="00733961">
        <w:rPr>
          <w:rFonts w:ascii="Times New Roman" w:hAnsi="Times New Roman" w:cs="Times New Roman"/>
        </w:rPr>
        <w:t xml:space="preserve"> 13.</w:t>
      </w:r>
    </w:p>
    <w:p w14:paraId="10B5A7AC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t>12. DURATA, LOCUL ȘI REGIMUL DE LUCRU</w:t>
      </w:r>
    </w:p>
    <w:p w14:paraId="23EE2C01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Durata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misiunii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este</w:t>
      </w:r>
      <w:proofErr w:type="spellEnd"/>
      <w:r w:rsidRPr="00733961">
        <w:rPr>
          <w:rFonts w:ascii="Times New Roman" w:hAnsi="Times New Roman" w:cs="Times New Roman"/>
        </w:rPr>
        <w:t xml:space="preserve"> de 3 </w:t>
      </w:r>
      <w:proofErr w:type="spellStart"/>
      <w:r w:rsidRPr="00733961">
        <w:rPr>
          <w:rFonts w:ascii="Times New Roman" w:hAnsi="Times New Roman" w:cs="Times New Roman"/>
        </w:rPr>
        <w:t>luni</w:t>
      </w:r>
      <w:proofErr w:type="spellEnd"/>
      <w:r w:rsidRPr="00733961">
        <w:rPr>
          <w:rFonts w:ascii="Times New Roman" w:hAnsi="Times New Roman" w:cs="Times New Roman"/>
        </w:rPr>
        <w:t xml:space="preserve"> consecutive de la data </w:t>
      </w:r>
      <w:proofErr w:type="spellStart"/>
      <w:r w:rsidRPr="00733961">
        <w:rPr>
          <w:rFonts w:ascii="Times New Roman" w:hAnsi="Times New Roman" w:cs="Times New Roman"/>
        </w:rPr>
        <w:t>intrării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vigoare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contractului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fără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depăși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perioada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eligibilitate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confirmată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prin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Acordul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cooperare</w:t>
      </w:r>
      <w:proofErr w:type="spellEnd"/>
      <w:r w:rsidRPr="00733961">
        <w:rPr>
          <w:rFonts w:ascii="Times New Roman" w:hAnsi="Times New Roman" w:cs="Times New Roman"/>
        </w:rPr>
        <w:t xml:space="preserve"> cu UNOPS. Data </w:t>
      </w:r>
      <w:proofErr w:type="spellStart"/>
      <w:r w:rsidRPr="00733961">
        <w:rPr>
          <w:rFonts w:ascii="Times New Roman" w:hAnsi="Times New Roman" w:cs="Times New Roman"/>
        </w:rPr>
        <w:t>exactă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începere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termenele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calendaristice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vor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stabilite</w:t>
      </w:r>
      <w:proofErr w:type="spellEnd"/>
      <w:r w:rsidRPr="00733961">
        <w:rPr>
          <w:rFonts w:ascii="Times New Roman" w:hAnsi="Times New Roman" w:cs="Times New Roman"/>
        </w:rPr>
        <w:t xml:space="preserve"> în contract.</w:t>
      </w:r>
    </w:p>
    <w:p w14:paraId="031AF6E3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Activitatea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realizată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preponderent</w:t>
      </w:r>
      <w:proofErr w:type="spellEnd"/>
      <w:r w:rsidRPr="00733961">
        <w:rPr>
          <w:rFonts w:ascii="Times New Roman" w:hAnsi="Times New Roman" w:cs="Times New Roman"/>
        </w:rPr>
        <w:t xml:space="preserve"> la </w:t>
      </w:r>
      <w:proofErr w:type="spellStart"/>
      <w:r w:rsidRPr="00733961">
        <w:rPr>
          <w:rFonts w:ascii="Times New Roman" w:hAnsi="Times New Roman" w:cs="Times New Roman"/>
        </w:rPr>
        <w:t>distanță</w:t>
      </w:r>
      <w:proofErr w:type="spellEnd"/>
      <w:r w:rsidRPr="00733961">
        <w:rPr>
          <w:rFonts w:ascii="Times New Roman" w:hAnsi="Times New Roman" w:cs="Times New Roman"/>
        </w:rPr>
        <w:t xml:space="preserve">, cu </w:t>
      </w:r>
      <w:proofErr w:type="spellStart"/>
      <w:r w:rsidRPr="00733961">
        <w:rPr>
          <w:rFonts w:ascii="Times New Roman" w:hAnsi="Times New Roman" w:cs="Times New Roman"/>
        </w:rPr>
        <w:t>participare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fizică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online la </w:t>
      </w:r>
      <w:proofErr w:type="spellStart"/>
      <w:r w:rsidRPr="00733961">
        <w:rPr>
          <w:rFonts w:ascii="Times New Roman" w:hAnsi="Times New Roman" w:cs="Times New Roman"/>
        </w:rPr>
        <w:t>ședințele</w:t>
      </w:r>
      <w:proofErr w:type="spellEnd"/>
      <w:r w:rsidRPr="00733961">
        <w:rPr>
          <w:rFonts w:ascii="Times New Roman" w:hAnsi="Times New Roman" w:cs="Times New Roman"/>
        </w:rPr>
        <w:t xml:space="preserve"> solicitate de </w:t>
      </w:r>
      <w:proofErr w:type="spellStart"/>
      <w:r w:rsidRPr="00733961">
        <w:rPr>
          <w:rFonts w:ascii="Times New Roman" w:hAnsi="Times New Roman" w:cs="Times New Roman"/>
        </w:rPr>
        <w:t>Ministerul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 și ONIPM. </w:t>
      </w:r>
      <w:proofErr w:type="spellStart"/>
      <w:r w:rsidRPr="00733961">
        <w:rPr>
          <w:rFonts w:ascii="Times New Roman" w:hAnsi="Times New Roman" w:cs="Times New Roman"/>
        </w:rPr>
        <w:t>Costurile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obișnuite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comunicare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lucru</w:t>
      </w:r>
      <w:proofErr w:type="spellEnd"/>
      <w:r w:rsidRPr="00733961">
        <w:rPr>
          <w:rFonts w:ascii="Times New Roman" w:hAnsi="Times New Roman" w:cs="Times New Roman"/>
        </w:rPr>
        <w:t xml:space="preserve"> ale </w:t>
      </w:r>
      <w:proofErr w:type="spellStart"/>
      <w:r w:rsidRPr="00733961">
        <w:rPr>
          <w:rFonts w:ascii="Times New Roman" w:hAnsi="Times New Roman" w:cs="Times New Roman"/>
        </w:rPr>
        <w:t>consultantului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vor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incluse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suma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forfetară</w:t>
      </w:r>
      <w:proofErr w:type="spellEnd"/>
      <w:r w:rsidRPr="00733961">
        <w:rPr>
          <w:rFonts w:ascii="Times New Roman" w:hAnsi="Times New Roman" w:cs="Times New Roman"/>
        </w:rPr>
        <w:t xml:space="preserve">. </w:t>
      </w:r>
      <w:proofErr w:type="spellStart"/>
      <w:r w:rsidRPr="00733961">
        <w:rPr>
          <w:rFonts w:ascii="Times New Roman" w:hAnsi="Times New Roman" w:cs="Times New Roman"/>
        </w:rPr>
        <w:t>Eventualele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deplasări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vor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efectuate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numai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dacă</w:t>
      </w:r>
      <w:proofErr w:type="spellEnd"/>
      <w:r w:rsidRPr="00733961">
        <w:rPr>
          <w:rFonts w:ascii="Times New Roman" w:hAnsi="Times New Roman" w:cs="Times New Roman"/>
        </w:rPr>
        <w:t xml:space="preserve"> sunt solicitate și </w:t>
      </w:r>
      <w:proofErr w:type="spellStart"/>
      <w:r w:rsidRPr="00733961">
        <w:rPr>
          <w:rFonts w:ascii="Times New Roman" w:hAnsi="Times New Roman" w:cs="Times New Roman"/>
        </w:rPr>
        <w:t>aprobate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prealabil</w:t>
      </w:r>
      <w:proofErr w:type="spellEnd"/>
      <w:r w:rsidRPr="00733961">
        <w:rPr>
          <w:rFonts w:ascii="Times New Roman" w:hAnsi="Times New Roman" w:cs="Times New Roman"/>
        </w:rPr>
        <w:t xml:space="preserve"> și nu </w:t>
      </w:r>
      <w:proofErr w:type="spellStart"/>
      <w:r w:rsidRPr="00733961">
        <w:rPr>
          <w:rFonts w:ascii="Times New Roman" w:hAnsi="Times New Roman" w:cs="Times New Roman"/>
        </w:rPr>
        <w:t>vor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plătite</w:t>
      </w:r>
      <w:proofErr w:type="spellEnd"/>
      <w:r w:rsidRPr="00733961">
        <w:rPr>
          <w:rFonts w:ascii="Times New Roman" w:hAnsi="Times New Roman" w:cs="Times New Roman"/>
        </w:rPr>
        <w:t xml:space="preserve"> din </w:t>
      </w:r>
      <w:proofErr w:type="spellStart"/>
      <w:r w:rsidRPr="00733961">
        <w:rPr>
          <w:rFonts w:ascii="Times New Roman" w:hAnsi="Times New Roman" w:cs="Times New Roman"/>
        </w:rPr>
        <w:t>acest</w:t>
      </w:r>
      <w:proofErr w:type="spellEnd"/>
      <w:r w:rsidRPr="00733961">
        <w:rPr>
          <w:rFonts w:ascii="Times New Roman" w:hAnsi="Times New Roman" w:cs="Times New Roman"/>
        </w:rPr>
        <w:t xml:space="preserve"> TOR </w:t>
      </w:r>
      <w:proofErr w:type="spellStart"/>
      <w:r w:rsidRPr="00733961">
        <w:rPr>
          <w:rFonts w:ascii="Times New Roman" w:hAnsi="Times New Roman" w:cs="Times New Roman"/>
        </w:rPr>
        <w:t>decât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dacă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acest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lucru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este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prevăzut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expres</w:t>
      </w:r>
      <w:proofErr w:type="spellEnd"/>
      <w:r w:rsidRPr="00733961">
        <w:rPr>
          <w:rFonts w:ascii="Times New Roman" w:hAnsi="Times New Roman" w:cs="Times New Roman"/>
        </w:rPr>
        <w:t xml:space="preserve"> în contract.</w:t>
      </w:r>
    </w:p>
    <w:p w14:paraId="3C7E11BF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t>13. VALOAREA CONTRACTULUI ȘI MODALITATEA DE PLATĂ</w:t>
      </w:r>
    </w:p>
    <w:p w14:paraId="4B7B9778" w14:textId="23FE7214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  <w:highlight w:val="yellow"/>
        </w:rPr>
        <w:t>Valoarea</w:t>
      </w:r>
      <w:proofErr w:type="spellEnd"/>
      <w:r w:rsidRPr="00733961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733961">
        <w:rPr>
          <w:rFonts w:ascii="Times New Roman" w:hAnsi="Times New Roman" w:cs="Times New Roman"/>
          <w:highlight w:val="yellow"/>
        </w:rPr>
        <w:t>maximă</w:t>
      </w:r>
      <w:proofErr w:type="spellEnd"/>
      <w:r w:rsidRPr="00733961">
        <w:rPr>
          <w:rFonts w:ascii="Times New Roman" w:hAnsi="Times New Roman" w:cs="Times New Roman"/>
          <w:highlight w:val="yellow"/>
        </w:rPr>
        <w:t xml:space="preserve"> a </w:t>
      </w:r>
      <w:proofErr w:type="spellStart"/>
      <w:r w:rsidRPr="00733961">
        <w:rPr>
          <w:rFonts w:ascii="Times New Roman" w:hAnsi="Times New Roman" w:cs="Times New Roman"/>
          <w:highlight w:val="yellow"/>
        </w:rPr>
        <w:t>contractului</w:t>
      </w:r>
      <w:proofErr w:type="spellEnd"/>
      <w:r w:rsidRPr="00733961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733961">
        <w:rPr>
          <w:rFonts w:ascii="Times New Roman" w:hAnsi="Times New Roman" w:cs="Times New Roman"/>
          <w:highlight w:val="yellow"/>
        </w:rPr>
        <w:t>este</w:t>
      </w:r>
      <w:proofErr w:type="spellEnd"/>
      <w:r w:rsidRPr="00733961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Pr="00733961">
        <w:rPr>
          <w:rFonts w:ascii="Times New Roman" w:hAnsi="Times New Roman" w:cs="Times New Roman"/>
          <w:highlight w:val="yellow"/>
        </w:rPr>
        <w:t>echivalentul</w:t>
      </w:r>
      <w:proofErr w:type="spellEnd"/>
      <w:r w:rsidRPr="00733961">
        <w:rPr>
          <w:rFonts w:ascii="Times New Roman" w:hAnsi="Times New Roman" w:cs="Times New Roman"/>
          <w:highlight w:val="yellow"/>
        </w:rPr>
        <w:t xml:space="preserve"> în MDL al </w:t>
      </w:r>
      <w:proofErr w:type="spellStart"/>
      <w:r w:rsidRPr="00733961">
        <w:rPr>
          <w:rFonts w:ascii="Times New Roman" w:hAnsi="Times New Roman" w:cs="Times New Roman"/>
          <w:highlight w:val="yellow"/>
        </w:rPr>
        <w:t>sumei</w:t>
      </w:r>
      <w:proofErr w:type="spellEnd"/>
      <w:r w:rsidRPr="00733961">
        <w:rPr>
          <w:rFonts w:ascii="Times New Roman" w:hAnsi="Times New Roman" w:cs="Times New Roman"/>
          <w:highlight w:val="yellow"/>
        </w:rPr>
        <w:t xml:space="preserve"> de 10.000 USD,</w:t>
      </w:r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inclusiv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toate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taxele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impozitele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obligațiile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fiscale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aplicabile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consultantului</w:t>
      </w:r>
      <w:proofErr w:type="spellEnd"/>
      <w:r w:rsidR="00D91D95">
        <w:rPr>
          <w:rFonts w:ascii="Times New Roman" w:hAnsi="Times New Roman" w:cs="Times New Roman"/>
        </w:rPr>
        <w:t xml:space="preserve"> (CAS, CAM </w:t>
      </w:r>
      <w:proofErr w:type="spellStart"/>
      <w:r w:rsidR="00D91D95">
        <w:rPr>
          <w:rFonts w:ascii="Times New Roman" w:hAnsi="Times New Roman" w:cs="Times New Roman"/>
        </w:rPr>
        <w:t>si</w:t>
      </w:r>
      <w:proofErr w:type="spellEnd"/>
      <w:r w:rsidR="00D91D95">
        <w:rPr>
          <w:rFonts w:ascii="Times New Roman" w:hAnsi="Times New Roman" w:cs="Times New Roman"/>
        </w:rPr>
        <w:t xml:space="preserve"> </w:t>
      </w:r>
      <w:proofErr w:type="spellStart"/>
      <w:r w:rsidR="00D91D95">
        <w:rPr>
          <w:rFonts w:ascii="Times New Roman" w:hAnsi="Times New Roman" w:cs="Times New Roman"/>
        </w:rPr>
        <w:t>Impozit</w:t>
      </w:r>
      <w:proofErr w:type="spellEnd"/>
      <w:r w:rsidR="00D91D95">
        <w:rPr>
          <w:rFonts w:ascii="Times New Roman" w:hAnsi="Times New Roman" w:cs="Times New Roman"/>
        </w:rPr>
        <w:t xml:space="preserve"> pe </w:t>
      </w:r>
      <w:proofErr w:type="spellStart"/>
      <w:r w:rsidR="00D91D95">
        <w:rPr>
          <w:rFonts w:ascii="Times New Roman" w:hAnsi="Times New Roman" w:cs="Times New Roman"/>
        </w:rPr>
        <w:t>venit</w:t>
      </w:r>
      <w:proofErr w:type="spellEnd"/>
      <w:r w:rsidR="00D91D95">
        <w:rPr>
          <w:rFonts w:ascii="Times New Roman" w:hAnsi="Times New Roman" w:cs="Times New Roman"/>
        </w:rPr>
        <w:t>)</w:t>
      </w:r>
      <w:r w:rsidRPr="00733961">
        <w:rPr>
          <w:rFonts w:ascii="Times New Roman" w:hAnsi="Times New Roman" w:cs="Times New Roman"/>
        </w:rPr>
        <w:t xml:space="preserve">. </w:t>
      </w:r>
      <w:proofErr w:type="spellStart"/>
      <w:r w:rsidRPr="00733961">
        <w:rPr>
          <w:rFonts w:ascii="Times New Roman" w:hAnsi="Times New Roman" w:cs="Times New Roman"/>
        </w:rPr>
        <w:t>Modalitatea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conversie</w:t>
      </w:r>
      <w:proofErr w:type="spellEnd"/>
      <w:r w:rsidRPr="00733961">
        <w:rPr>
          <w:rFonts w:ascii="Times New Roman" w:hAnsi="Times New Roman" w:cs="Times New Roman"/>
        </w:rPr>
        <w:t xml:space="preserve"> în MDL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indicată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documentația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achiziție</w:t>
      </w:r>
      <w:proofErr w:type="spellEnd"/>
      <w:r w:rsidRPr="00733961">
        <w:rPr>
          <w:rFonts w:ascii="Times New Roman" w:hAnsi="Times New Roman" w:cs="Times New Roman"/>
        </w:rPr>
        <w:t xml:space="preserve"> și în contract.</w:t>
      </w:r>
    </w:p>
    <w:p w14:paraId="5F6EA139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Contractul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bazat</w:t>
      </w:r>
      <w:proofErr w:type="spellEnd"/>
      <w:r w:rsidRPr="00733961">
        <w:rPr>
          <w:rFonts w:ascii="Times New Roman" w:hAnsi="Times New Roman" w:cs="Times New Roman"/>
        </w:rPr>
        <w:t xml:space="preserve"> pe </w:t>
      </w:r>
      <w:proofErr w:type="spellStart"/>
      <w:r w:rsidRPr="00733961">
        <w:rPr>
          <w:rFonts w:ascii="Times New Roman" w:hAnsi="Times New Roman" w:cs="Times New Roman"/>
        </w:rPr>
        <w:t>livrabile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iar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plățile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vor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efectuate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după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transmiterea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examinarea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acceptarea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scris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fiecărui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livrabil</w:t>
      </w:r>
      <w:proofErr w:type="spellEnd"/>
      <w:r w:rsidRPr="00733961">
        <w:rPr>
          <w:rFonts w:ascii="Times New Roman" w:hAnsi="Times New Roman" w:cs="Times New Roman"/>
        </w:rPr>
        <w:t>:</w:t>
      </w:r>
    </w:p>
    <w:p w14:paraId="322BDE40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20% </w:t>
      </w:r>
      <w:proofErr w:type="spellStart"/>
      <w:r w:rsidRPr="00733961">
        <w:rPr>
          <w:rFonts w:ascii="Times New Roman" w:hAnsi="Times New Roman" w:cs="Times New Roman"/>
        </w:rPr>
        <w:t>după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acceptarea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Livrabilului</w:t>
      </w:r>
      <w:proofErr w:type="spellEnd"/>
      <w:r w:rsidRPr="00733961">
        <w:rPr>
          <w:rFonts w:ascii="Times New Roman" w:hAnsi="Times New Roman" w:cs="Times New Roman"/>
        </w:rPr>
        <w:t xml:space="preserve"> 1;</w:t>
      </w:r>
    </w:p>
    <w:p w14:paraId="57FA0F38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35% </w:t>
      </w:r>
      <w:proofErr w:type="spellStart"/>
      <w:r w:rsidRPr="00733961">
        <w:rPr>
          <w:rFonts w:ascii="Times New Roman" w:hAnsi="Times New Roman" w:cs="Times New Roman"/>
        </w:rPr>
        <w:t>după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acceptarea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Livrabilului</w:t>
      </w:r>
      <w:proofErr w:type="spellEnd"/>
      <w:r w:rsidRPr="00733961">
        <w:rPr>
          <w:rFonts w:ascii="Times New Roman" w:hAnsi="Times New Roman" w:cs="Times New Roman"/>
        </w:rPr>
        <w:t xml:space="preserve"> 2;</w:t>
      </w:r>
    </w:p>
    <w:p w14:paraId="2F26CC9C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45% </w:t>
      </w:r>
      <w:proofErr w:type="spellStart"/>
      <w:r w:rsidRPr="00733961">
        <w:rPr>
          <w:rFonts w:ascii="Times New Roman" w:hAnsi="Times New Roman" w:cs="Times New Roman"/>
        </w:rPr>
        <w:t>după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acceptarea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Livrabilului</w:t>
      </w:r>
      <w:proofErr w:type="spellEnd"/>
      <w:r w:rsidRPr="00733961">
        <w:rPr>
          <w:rFonts w:ascii="Times New Roman" w:hAnsi="Times New Roman" w:cs="Times New Roman"/>
        </w:rPr>
        <w:t xml:space="preserve"> 3 și </w:t>
      </w:r>
      <w:proofErr w:type="spellStart"/>
      <w:r w:rsidRPr="00733961">
        <w:rPr>
          <w:rFonts w:ascii="Times New Roman" w:hAnsi="Times New Roman" w:cs="Times New Roman"/>
        </w:rPr>
        <w:t>predarea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tuturor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fișierelor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editabile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7E843A69" w14:textId="77777777" w:rsidR="0040757A" w:rsidRPr="00733961" w:rsidRDefault="004316AA">
      <w:pPr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Nu se </w:t>
      </w:r>
      <w:proofErr w:type="spellStart"/>
      <w:r w:rsidRPr="00733961">
        <w:rPr>
          <w:rFonts w:ascii="Times New Roman" w:hAnsi="Times New Roman" w:cs="Times New Roman"/>
        </w:rPr>
        <w:t>vor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efectua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plăți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pentru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produse</w:t>
      </w:r>
      <w:proofErr w:type="spellEnd"/>
      <w:r w:rsidRPr="00733961">
        <w:rPr>
          <w:rFonts w:ascii="Times New Roman" w:hAnsi="Times New Roman" w:cs="Times New Roman"/>
        </w:rPr>
        <w:t xml:space="preserve"> incomplete, </w:t>
      </w:r>
      <w:proofErr w:type="spellStart"/>
      <w:r w:rsidRPr="00733961">
        <w:rPr>
          <w:rFonts w:ascii="Times New Roman" w:hAnsi="Times New Roman" w:cs="Times New Roman"/>
        </w:rPr>
        <w:t>neverificate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neacceptate</w:t>
      </w:r>
      <w:proofErr w:type="spellEnd"/>
      <w:r w:rsidRPr="00733961">
        <w:rPr>
          <w:rFonts w:ascii="Times New Roman" w:hAnsi="Times New Roman" w:cs="Times New Roman"/>
        </w:rPr>
        <w:t xml:space="preserve">. </w:t>
      </w:r>
      <w:proofErr w:type="spellStart"/>
      <w:r w:rsidRPr="00733961">
        <w:rPr>
          <w:rFonts w:ascii="Times New Roman" w:hAnsi="Times New Roman" w:cs="Times New Roman"/>
        </w:rPr>
        <w:t>Consultantul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integra, </w:t>
      </w:r>
      <w:proofErr w:type="spellStart"/>
      <w:r w:rsidRPr="00733961">
        <w:rPr>
          <w:rFonts w:ascii="Times New Roman" w:hAnsi="Times New Roman" w:cs="Times New Roman"/>
        </w:rPr>
        <w:t>fără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costuri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suplimentare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observațiile</w:t>
      </w:r>
      <w:proofErr w:type="spellEnd"/>
      <w:r w:rsidRPr="00733961">
        <w:rPr>
          <w:rFonts w:ascii="Times New Roman" w:hAnsi="Times New Roman" w:cs="Times New Roman"/>
        </w:rPr>
        <w:t xml:space="preserve"> consolidate care se </w:t>
      </w:r>
      <w:proofErr w:type="spellStart"/>
      <w:r w:rsidRPr="00733961">
        <w:rPr>
          <w:rFonts w:ascii="Times New Roman" w:hAnsi="Times New Roman" w:cs="Times New Roman"/>
        </w:rPr>
        <w:t>încadrează</w:t>
      </w:r>
      <w:proofErr w:type="spellEnd"/>
      <w:r w:rsidRPr="00733961">
        <w:rPr>
          <w:rFonts w:ascii="Times New Roman" w:hAnsi="Times New Roman" w:cs="Times New Roman"/>
        </w:rPr>
        <w:t xml:space="preserve"> în </w:t>
      </w:r>
      <w:proofErr w:type="spellStart"/>
      <w:r w:rsidRPr="00733961">
        <w:rPr>
          <w:rFonts w:ascii="Times New Roman" w:hAnsi="Times New Roman" w:cs="Times New Roman"/>
        </w:rPr>
        <w:t>obiectul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misiunii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31C1C1C3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t>14. RAPORTARE, RECEPȚIE ȘI PROPRIETATEA PRODUSELOR</w:t>
      </w:r>
    </w:p>
    <w:p w14:paraId="713313CE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Consultantul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raporta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persoanei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desemnate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Ministerul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coordonatorului</w:t>
      </w:r>
      <w:proofErr w:type="spellEnd"/>
      <w:r w:rsidRPr="00733961">
        <w:rPr>
          <w:rFonts w:ascii="Times New Roman" w:hAnsi="Times New Roman" w:cs="Times New Roman"/>
        </w:rPr>
        <w:t xml:space="preserve"> de contract din </w:t>
      </w:r>
      <w:proofErr w:type="spellStart"/>
      <w:r w:rsidRPr="00733961">
        <w:rPr>
          <w:rFonts w:ascii="Times New Roman" w:hAnsi="Times New Roman" w:cs="Times New Roman"/>
        </w:rPr>
        <w:t>cadrul</w:t>
      </w:r>
      <w:proofErr w:type="spellEnd"/>
      <w:r w:rsidRPr="00733961">
        <w:rPr>
          <w:rFonts w:ascii="Times New Roman" w:hAnsi="Times New Roman" w:cs="Times New Roman"/>
        </w:rPr>
        <w:t xml:space="preserve"> ONIPM. </w:t>
      </w:r>
      <w:proofErr w:type="spellStart"/>
      <w:r w:rsidRPr="00733961">
        <w:rPr>
          <w:rFonts w:ascii="Times New Roman" w:hAnsi="Times New Roman" w:cs="Times New Roman"/>
        </w:rPr>
        <w:t>Livrabilele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vor</w:t>
      </w:r>
      <w:proofErr w:type="spellEnd"/>
      <w:r w:rsidRPr="00733961">
        <w:rPr>
          <w:rFonts w:ascii="Times New Roman" w:hAnsi="Times New Roman" w:cs="Times New Roman"/>
        </w:rPr>
        <w:t xml:space="preserve"> fi examinate de </w:t>
      </w:r>
      <w:proofErr w:type="spellStart"/>
      <w:r w:rsidRPr="00733961">
        <w:rPr>
          <w:rFonts w:ascii="Times New Roman" w:hAnsi="Times New Roman" w:cs="Times New Roman"/>
        </w:rPr>
        <w:t>Ministerul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 din </w:t>
      </w:r>
      <w:proofErr w:type="spellStart"/>
      <w:r w:rsidRPr="00733961">
        <w:rPr>
          <w:rFonts w:ascii="Times New Roman" w:hAnsi="Times New Roman" w:cs="Times New Roman"/>
        </w:rPr>
        <w:t>punct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vedere</w:t>
      </w:r>
      <w:proofErr w:type="spellEnd"/>
      <w:r w:rsidRPr="00733961">
        <w:rPr>
          <w:rFonts w:ascii="Times New Roman" w:hAnsi="Times New Roman" w:cs="Times New Roman"/>
        </w:rPr>
        <w:t xml:space="preserve"> tehnic și de ONIPM din </w:t>
      </w:r>
      <w:proofErr w:type="spellStart"/>
      <w:r w:rsidRPr="00733961">
        <w:rPr>
          <w:rFonts w:ascii="Times New Roman" w:hAnsi="Times New Roman" w:cs="Times New Roman"/>
        </w:rPr>
        <w:t>punct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vedere</w:t>
      </w:r>
      <w:proofErr w:type="spellEnd"/>
      <w:r w:rsidRPr="00733961">
        <w:rPr>
          <w:rFonts w:ascii="Times New Roman" w:hAnsi="Times New Roman" w:cs="Times New Roman"/>
        </w:rPr>
        <w:t xml:space="preserve"> contractual și </w:t>
      </w:r>
      <w:proofErr w:type="spellStart"/>
      <w:r w:rsidRPr="00733961">
        <w:rPr>
          <w:rFonts w:ascii="Times New Roman" w:hAnsi="Times New Roman" w:cs="Times New Roman"/>
        </w:rPr>
        <w:t>administrativ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4F8BA7FE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Toate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documentele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matricile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bazele</w:t>
      </w:r>
      <w:proofErr w:type="spellEnd"/>
      <w:r w:rsidRPr="00733961">
        <w:rPr>
          <w:rFonts w:ascii="Times New Roman" w:hAnsi="Times New Roman" w:cs="Times New Roman"/>
        </w:rPr>
        <w:t xml:space="preserve"> de date, </w:t>
      </w:r>
      <w:proofErr w:type="spellStart"/>
      <w:r w:rsidRPr="00733961">
        <w:rPr>
          <w:rFonts w:ascii="Times New Roman" w:hAnsi="Times New Roman" w:cs="Times New Roman"/>
        </w:rPr>
        <w:t>prezentările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materialele</w:t>
      </w:r>
      <w:proofErr w:type="spellEnd"/>
      <w:r w:rsidRPr="00733961">
        <w:rPr>
          <w:rFonts w:ascii="Times New Roman" w:hAnsi="Times New Roman" w:cs="Times New Roman"/>
        </w:rPr>
        <w:t xml:space="preserve"> elaborate în </w:t>
      </w:r>
      <w:proofErr w:type="spellStart"/>
      <w:r w:rsidRPr="00733961">
        <w:rPr>
          <w:rFonts w:ascii="Times New Roman" w:hAnsi="Times New Roman" w:cs="Times New Roman"/>
        </w:rPr>
        <w:t>cadrul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contractului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deveni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proprietatea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Ministerului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/ONIPM </w:t>
      </w:r>
      <w:proofErr w:type="spellStart"/>
      <w:r w:rsidRPr="00733961">
        <w:rPr>
          <w:rFonts w:ascii="Times New Roman" w:hAnsi="Times New Roman" w:cs="Times New Roman"/>
        </w:rPr>
        <w:t>după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achitarea</w:t>
      </w:r>
      <w:proofErr w:type="spellEnd"/>
      <w:r w:rsidRPr="00733961">
        <w:rPr>
          <w:rFonts w:ascii="Times New Roman" w:hAnsi="Times New Roman" w:cs="Times New Roman"/>
        </w:rPr>
        <w:t xml:space="preserve"> lor. </w:t>
      </w:r>
      <w:proofErr w:type="spellStart"/>
      <w:r w:rsidRPr="00733961">
        <w:rPr>
          <w:rFonts w:ascii="Times New Roman" w:hAnsi="Times New Roman" w:cs="Times New Roman"/>
        </w:rPr>
        <w:t>Consultantul</w:t>
      </w:r>
      <w:proofErr w:type="spellEnd"/>
      <w:r w:rsidRPr="00733961">
        <w:rPr>
          <w:rFonts w:ascii="Times New Roman" w:hAnsi="Times New Roman" w:cs="Times New Roman"/>
        </w:rPr>
        <w:t xml:space="preserve"> nu le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publica și nu le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transmite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terților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fără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acordul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scris</w:t>
      </w:r>
      <w:proofErr w:type="spellEnd"/>
      <w:r w:rsidRPr="00733961">
        <w:rPr>
          <w:rFonts w:ascii="Times New Roman" w:hAnsi="Times New Roman" w:cs="Times New Roman"/>
        </w:rPr>
        <w:t xml:space="preserve"> al </w:t>
      </w:r>
      <w:proofErr w:type="spellStart"/>
      <w:r w:rsidRPr="00733961">
        <w:rPr>
          <w:rFonts w:ascii="Times New Roman" w:hAnsi="Times New Roman" w:cs="Times New Roman"/>
        </w:rPr>
        <w:t>autorității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contractante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3BB89351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t>15. CONFIDENȚIALITATE ȘI CONDUITĂ</w:t>
      </w:r>
    </w:p>
    <w:p w14:paraId="32F84E50" w14:textId="77777777" w:rsidR="0040757A" w:rsidRPr="00733961" w:rsidRDefault="004316AA">
      <w:pPr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Consultantul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respecta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cerințele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confidențialitate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protecție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datelor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integritate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prevenire</w:t>
      </w:r>
      <w:proofErr w:type="spellEnd"/>
      <w:r w:rsidRPr="00733961">
        <w:rPr>
          <w:rFonts w:ascii="Times New Roman" w:hAnsi="Times New Roman" w:cs="Times New Roman"/>
        </w:rPr>
        <w:t xml:space="preserve"> a </w:t>
      </w:r>
      <w:proofErr w:type="spellStart"/>
      <w:r w:rsidRPr="00733961">
        <w:rPr>
          <w:rFonts w:ascii="Times New Roman" w:hAnsi="Times New Roman" w:cs="Times New Roman"/>
        </w:rPr>
        <w:t>fraudei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conflictelor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interese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aplicabile</w:t>
      </w:r>
      <w:proofErr w:type="spellEnd"/>
      <w:r w:rsidRPr="00733961">
        <w:rPr>
          <w:rFonts w:ascii="Times New Roman" w:hAnsi="Times New Roman" w:cs="Times New Roman"/>
        </w:rPr>
        <w:t xml:space="preserve"> ONIPM, </w:t>
      </w:r>
      <w:proofErr w:type="spellStart"/>
      <w:r w:rsidRPr="00733961">
        <w:rPr>
          <w:rFonts w:ascii="Times New Roman" w:hAnsi="Times New Roman" w:cs="Times New Roman"/>
        </w:rPr>
        <w:t>Ministerului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, UNOPS și </w:t>
      </w:r>
      <w:proofErr w:type="spellStart"/>
      <w:r w:rsidRPr="00733961">
        <w:rPr>
          <w:rFonts w:ascii="Times New Roman" w:hAnsi="Times New Roman" w:cs="Times New Roman"/>
        </w:rPr>
        <w:t>finanțării</w:t>
      </w:r>
      <w:proofErr w:type="spellEnd"/>
      <w:r w:rsidRPr="00733961">
        <w:rPr>
          <w:rFonts w:ascii="Times New Roman" w:hAnsi="Times New Roman" w:cs="Times New Roman"/>
        </w:rPr>
        <w:t xml:space="preserve"> GEF. Orice conflict de </w:t>
      </w:r>
      <w:proofErr w:type="spellStart"/>
      <w:r w:rsidRPr="00733961">
        <w:rPr>
          <w:rFonts w:ascii="Times New Roman" w:hAnsi="Times New Roman" w:cs="Times New Roman"/>
        </w:rPr>
        <w:t>interese</w:t>
      </w:r>
      <w:proofErr w:type="spellEnd"/>
      <w:r w:rsidRPr="00733961">
        <w:rPr>
          <w:rFonts w:ascii="Times New Roman" w:hAnsi="Times New Roman" w:cs="Times New Roman"/>
        </w:rPr>
        <w:t xml:space="preserve"> real, </w:t>
      </w:r>
      <w:proofErr w:type="spellStart"/>
      <w:r w:rsidRPr="00733961">
        <w:rPr>
          <w:rFonts w:ascii="Times New Roman" w:hAnsi="Times New Roman" w:cs="Times New Roman"/>
        </w:rPr>
        <w:t>potențial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sau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aparent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va</w:t>
      </w:r>
      <w:proofErr w:type="spellEnd"/>
      <w:r w:rsidRPr="00733961">
        <w:rPr>
          <w:rFonts w:ascii="Times New Roman" w:hAnsi="Times New Roman" w:cs="Times New Roman"/>
        </w:rPr>
        <w:t xml:space="preserve"> fi </w:t>
      </w:r>
      <w:proofErr w:type="spellStart"/>
      <w:r w:rsidRPr="00733961">
        <w:rPr>
          <w:rFonts w:ascii="Times New Roman" w:hAnsi="Times New Roman" w:cs="Times New Roman"/>
        </w:rPr>
        <w:t>declarat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înainte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semnarea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contractului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imediat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după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apariția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sa</w:t>
      </w:r>
      <w:proofErr w:type="spellEnd"/>
      <w:r w:rsidRPr="00733961">
        <w:rPr>
          <w:rFonts w:ascii="Times New Roman" w:hAnsi="Times New Roman" w:cs="Times New Roman"/>
        </w:rPr>
        <w:t xml:space="preserve"> pe </w:t>
      </w:r>
      <w:proofErr w:type="spellStart"/>
      <w:r w:rsidRPr="00733961">
        <w:rPr>
          <w:rFonts w:ascii="Times New Roman" w:hAnsi="Times New Roman" w:cs="Times New Roman"/>
        </w:rPr>
        <w:t>durata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misiunii</w:t>
      </w:r>
      <w:proofErr w:type="spellEnd"/>
      <w:r w:rsidRPr="00733961">
        <w:rPr>
          <w:rFonts w:ascii="Times New Roman" w:hAnsi="Times New Roman" w:cs="Times New Roman"/>
        </w:rPr>
        <w:t>.</w:t>
      </w:r>
    </w:p>
    <w:p w14:paraId="7AE11C44" w14:textId="77777777" w:rsidR="0040757A" w:rsidRPr="00733961" w:rsidRDefault="004316AA">
      <w:pPr>
        <w:keepNext/>
        <w:shd w:val="clear" w:color="auto" w:fill="2F75B5"/>
        <w:spacing w:before="200" w:after="120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  <w:b/>
          <w:color w:val="FFFFFF"/>
          <w:sz w:val="23"/>
        </w:rPr>
        <w:lastRenderedPageBreak/>
        <w:t>16. DOCUMENTE DE REFERINȚĂ</w:t>
      </w:r>
    </w:p>
    <w:p w14:paraId="21DF071A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proofErr w:type="spellStart"/>
      <w:r w:rsidRPr="00733961">
        <w:rPr>
          <w:rFonts w:ascii="Times New Roman" w:hAnsi="Times New Roman" w:cs="Times New Roman"/>
        </w:rPr>
        <w:t>Rapoartele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progres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documentele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proiectelor</w:t>
      </w:r>
      <w:proofErr w:type="spellEnd"/>
      <w:r w:rsidRPr="00733961">
        <w:rPr>
          <w:rFonts w:ascii="Times New Roman" w:hAnsi="Times New Roman" w:cs="Times New Roman"/>
        </w:rPr>
        <w:t xml:space="preserve"> GEF </w:t>
      </w:r>
      <w:proofErr w:type="spellStart"/>
      <w:r w:rsidRPr="00733961">
        <w:rPr>
          <w:rFonts w:ascii="Times New Roman" w:hAnsi="Times New Roman" w:cs="Times New Roman"/>
        </w:rPr>
        <w:t>puse</w:t>
      </w:r>
      <w:proofErr w:type="spellEnd"/>
      <w:r w:rsidRPr="00733961">
        <w:rPr>
          <w:rFonts w:ascii="Times New Roman" w:hAnsi="Times New Roman" w:cs="Times New Roman"/>
        </w:rPr>
        <w:t xml:space="preserve"> la </w:t>
      </w:r>
      <w:proofErr w:type="spellStart"/>
      <w:r w:rsidRPr="00733961">
        <w:rPr>
          <w:rFonts w:ascii="Times New Roman" w:hAnsi="Times New Roman" w:cs="Times New Roman"/>
        </w:rPr>
        <w:t>dispoziție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Ministerul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, </w:t>
      </w:r>
      <w:proofErr w:type="spellStart"/>
      <w:r w:rsidRPr="00733961">
        <w:rPr>
          <w:rFonts w:ascii="Times New Roman" w:hAnsi="Times New Roman" w:cs="Times New Roman"/>
        </w:rPr>
        <w:t>agențiile</w:t>
      </w:r>
      <w:proofErr w:type="spellEnd"/>
      <w:r w:rsidRPr="00733961">
        <w:rPr>
          <w:rFonts w:ascii="Times New Roman" w:hAnsi="Times New Roman" w:cs="Times New Roman"/>
        </w:rPr>
        <w:t xml:space="preserve"> GEF și </w:t>
      </w:r>
      <w:proofErr w:type="spellStart"/>
      <w:r w:rsidRPr="00733961">
        <w:rPr>
          <w:rFonts w:ascii="Times New Roman" w:hAnsi="Times New Roman" w:cs="Times New Roman"/>
        </w:rPr>
        <w:t>entitățile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executare</w:t>
      </w:r>
      <w:proofErr w:type="spellEnd"/>
      <w:r w:rsidRPr="00733961">
        <w:rPr>
          <w:rFonts w:ascii="Times New Roman" w:hAnsi="Times New Roman" w:cs="Times New Roman"/>
        </w:rPr>
        <w:t>;</w:t>
      </w:r>
    </w:p>
    <w:p w14:paraId="04202486" w14:textId="77777777" w:rsidR="0040757A" w:rsidRPr="00733961" w:rsidRDefault="004316AA">
      <w:pPr>
        <w:pStyle w:val="Listcumarcatori"/>
        <w:spacing w:after="60"/>
        <w:ind w:left="403" w:hanging="259"/>
        <w:rPr>
          <w:rFonts w:ascii="Times New Roman" w:hAnsi="Times New Roman" w:cs="Times New Roman"/>
        </w:rPr>
      </w:pPr>
      <w:r w:rsidRPr="00733961">
        <w:rPr>
          <w:rFonts w:ascii="Times New Roman" w:hAnsi="Times New Roman" w:cs="Times New Roman"/>
        </w:rPr>
        <w:t xml:space="preserve">Alte </w:t>
      </w:r>
      <w:proofErr w:type="spellStart"/>
      <w:r w:rsidRPr="00733961">
        <w:rPr>
          <w:rFonts w:ascii="Times New Roman" w:hAnsi="Times New Roman" w:cs="Times New Roman"/>
        </w:rPr>
        <w:t>documente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relevante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aprobate</w:t>
      </w:r>
      <w:proofErr w:type="spellEnd"/>
      <w:r w:rsidRPr="00733961">
        <w:rPr>
          <w:rFonts w:ascii="Times New Roman" w:hAnsi="Times New Roman" w:cs="Times New Roman"/>
        </w:rPr>
        <w:t xml:space="preserve"> de </w:t>
      </w:r>
      <w:proofErr w:type="spellStart"/>
      <w:r w:rsidRPr="00733961">
        <w:rPr>
          <w:rFonts w:ascii="Times New Roman" w:hAnsi="Times New Roman" w:cs="Times New Roman"/>
        </w:rPr>
        <w:t>Ministerul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Mediului</w:t>
      </w:r>
      <w:proofErr w:type="spellEnd"/>
      <w:r w:rsidRPr="00733961">
        <w:rPr>
          <w:rFonts w:ascii="Times New Roman" w:hAnsi="Times New Roman" w:cs="Times New Roman"/>
        </w:rPr>
        <w:t xml:space="preserve"> și </w:t>
      </w:r>
      <w:proofErr w:type="spellStart"/>
      <w:r w:rsidRPr="00733961">
        <w:rPr>
          <w:rFonts w:ascii="Times New Roman" w:hAnsi="Times New Roman" w:cs="Times New Roman"/>
        </w:rPr>
        <w:t>comunicate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consultantului</w:t>
      </w:r>
      <w:proofErr w:type="spellEnd"/>
      <w:r w:rsidRPr="00733961">
        <w:rPr>
          <w:rFonts w:ascii="Times New Roman" w:hAnsi="Times New Roman" w:cs="Times New Roman"/>
        </w:rPr>
        <w:t xml:space="preserve"> la </w:t>
      </w:r>
      <w:proofErr w:type="spellStart"/>
      <w:r w:rsidRPr="00733961">
        <w:rPr>
          <w:rFonts w:ascii="Times New Roman" w:hAnsi="Times New Roman" w:cs="Times New Roman"/>
        </w:rPr>
        <w:t>începutul</w:t>
      </w:r>
      <w:proofErr w:type="spellEnd"/>
      <w:r w:rsidRPr="00733961">
        <w:rPr>
          <w:rFonts w:ascii="Times New Roman" w:hAnsi="Times New Roman" w:cs="Times New Roman"/>
        </w:rPr>
        <w:t xml:space="preserve"> </w:t>
      </w:r>
      <w:proofErr w:type="spellStart"/>
      <w:r w:rsidRPr="00733961">
        <w:rPr>
          <w:rFonts w:ascii="Times New Roman" w:hAnsi="Times New Roman" w:cs="Times New Roman"/>
        </w:rPr>
        <w:t>misiunii</w:t>
      </w:r>
      <w:proofErr w:type="spellEnd"/>
      <w:r w:rsidRPr="00733961">
        <w:rPr>
          <w:rFonts w:ascii="Times New Roman" w:hAnsi="Times New Roman" w:cs="Times New Roman"/>
        </w:rPr>
        <w:t>.</w:t>
      </w:r>
    </w:p>
    <w:sectPr w:rsidR="0040757A" w:rsidRPr="00733961" w:rsidSect="00034616">
      <w:footerReference w:type="default" r:id="rId11"/>
      <w:pgSz w:w="11905" w:h="16838"/>
      <w:pgMar w:top="1037" w:right="1152" w:bottom="1037" w:left="1152" w:header="461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421A5" w14:textId="77777777" w:rsidR="00A968E1" w:rsidRDefault="00A968E1">
      <w:pPr>
        <w:spacing w:after="0" w:line="240" w:lineRule="auto"/>
      </w:pPr>
      <w:r>
        <w:separator/>
      </w:r>
    </w:p>
  </w:endnote>
  <w:endnote w:type="continuationSeparator" w:id="0">
    <w:p w14:paraId="48845C99" w14:textId="77777777" w:rsidR="00A968E1" w:rsidRDefault="00A96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6516D" w14:textId="77777777" w:rsidR="0040757A" w:rsidRDefault="004316AA">
    <w:pPr>
      <w:pStyle w:val="Subsol"/>
      <w:pBdr>
        <w:top w:val="single" w:sz="6" w:space="1" w:color="2F75B5"/>
      </w:pBdr>
      <w:spacing w:before="40"/>
      <w:jc w:val="right"/>
    </w:pPr>
    <w:proofErr w:type="spellStart"/>
    <w:r>
      <w:rPr>
        <w:color w:val="808080"/>
        <w:sz w:val="16"/>
      </w:rPr>
      <w:t>Termeni</w:t>
    </w:r>
    <w:proofErr w:type="spellEnd"/>
    <w:r>
      <w:rPr>
        <w:color w:val="808080"/>
        <w:sz w:val="16"/>
      </w:rPr>
      <w:t xml:space="preserve"> de </w:t>
    </w:r>
    <w:proofErr w:type="spellStart"/>
    <w:r>
      <w:rPr>
        <w:color w:val="808080"/>
        <w:sz w:val="16"/>
      </w:rPr>
      <w:t>referință</w:t>
    </w:r>
    <w:proofErr w:type="spellEnd"/>
    <w:r>
      <w:rPr>
        <w:color w:val="808080"/>
        <w:sz w:val="16"/>
      </w:rPr>
      <w:t xml:space="preserve"> - Consultant </w:t>
    </w:r>
    <w:proofErr w:type="spellStart"/>
    <w:r>
      <w:rPr>
        <w:color w:val="808080"/>
        <w:sz w:val="16"/>
      </w:rPr>
      <w:t>portofoliu</w:t>
    </w:r>
    <w:proofErr w:type="spellEnd"/>
    <w:r>
      <w:rPr>
        <w:color w:val="808080"/>
        <w:sz w:val="16"/>
      </w:rPr>
      <w:t xml:space="preserve"> GEF</w:t>
    </w:r>
    <w:r>
      <w:t xml:space="preserve">                                                        </w:t>
    </w:r>
    <w:proofErr w:type="spellStart"/>
    <w:r>
      <w:t>Pagina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2046F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54CC0" w14:textId="77777777" w:rsidR="00A968E1" w:rsidRDefault="00A968E1">
      <w:pPr>
        <w:spacing w:after="0" w:line="240" w:lineRule="auto"/>
      </w:pPr>
      <w:r>
        <w:separator/>
      </w:r>
    </w:p>
  </w:footnote>
  <w:footnote w:type="continuationSeparator" w:id="0">
    <w:p w14:paraId="7BF4335F" w14:textId="77777777" w:rsidR="00A968E1" w:rsidRDefault="00A96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6EFE9F6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8F343678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8182805">
    <w:abstractNumId w:val="8"/>
  </w:num>
  <w:num w:numId="2" w16cid:durableId="2076661260">
    <w:abstractNumId w:val="6"/>
  </w:num>
  <w:num w:numId="3" w16cid:durableId="690646110">
    <w:abstractNumId w:val="5"/>
  </w:num>
  <w:num w:numId="4" w16cid:durableId="1041635104">
    <w:abstractNumId w:val="4"/>
  </w:num>
  <w:num w:numId="5" w16cid:durableId="1665932793">
    <w:abstractNumId w:val="7"/>
  </w:num>
  <w:num w:numId="6" w16cid:durableId="1581671212">
    <w:abstractNumId w:val="3"/>
  </w:num>
  <w:num w:numId="7" w16cid:durableId="511383218">
    <w:abstractNumId w:val="2"/>
  </w:num>
  <w:num w:numId="8" w16cid:durableId="585726268">
    <w:abstractNumId w:val="1"/>
  </w:num>
  <w:num w:numId="9" w16cid:durableId="1258557344">
    <w:abstractNumId w:val="0"/>
  </w:num>
  <w:num w:numId="10" w16cid:durableId="14943690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51A8"/>
    <w:rsid w:val="001E55BC"/>
    <w:rsid w:val="002046F5"/>
    <w:rsid w:val="0029639D"/>
    <w:rsid w:val="00326F90"/>
    <w:rsid w:val="00394D74"/>
    <w:rsid w:val="0040757A"/>
    <w:rsid w:val="004316AA"/>
    <w:rsid w:val="00507A89"/>
    <w:rsid w:val="005B6B76"/>
    <w:rsid w:val="0061357B"/>
    <w:rsid w:val="00680A50"/>
    <w:rsid w:val="006B0A70"/>
    <w:rsid w:val="00733961"/>
    <w:rsid w:val="00751069"/>
    <w:rsid w:val="00A968E1"/>
    <w:rsid w:val="00AA1D8D"/>
    <w:rsid w:val="00B47730"/>
    <w:rsid w:val="00CB0664"/>
    <w:rsid w:val="00D558DE"/>
    <w:rsid w:val="00D91D95"/>
    <w:rsid w:val="00E274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E2214F"/>
  <w14:defaultImageDpi w14:val="300"/>
  <w15:docId w15:val="{992C27B0-CD4A-499A-87E3-5056BA31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  <w:jc w:val="both"/>
    </w:pPr>
    <w:rPr>
      <w:rFonts w:ascii="Arial" w:hAnsi="Arial"/>
      <w:sz w:val="21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2F75B5"/>
      <w:sz w:val="25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E79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erincomentariu">
    <w:name w:val="annotation reference"/>
    <w:basedOn w:val="Fontdeparagrafimplicit"/>
    <w:uiPriority w:val="99"/>
    <w:semiHidden/>
    <w:unhideWhenUsed/>
    <w:rsid w:val="001551A8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1551A8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1551A8"/>
    <w:rPr>
      <w:rFonts w:ascii="Arial" w:hAnsi="Arial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1551A8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1551A8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2597</Words>
  <Characters>14808</Characters>
  <Application>Microsoft Office Word</Application>
  <DocSecurity>0</DocSecurity>
  <Lines>123</Lines>
  <Paragraphs>34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17371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Svetlana Brumarel</cp:lastModifiedBy>
  <cp:revision>2</cp:revision>
  <dcterms:created xsi:type="dcterms:W3CDTF">2026-09-21T04:51:00Z</dcterms:created>
  <dcterms:modified xsi:type="dcterms:W3CDTF">2026-09-21T04:51:00Z</dcterms:modified>
  <cp:category/>
</cp:coreProperties>
</file>